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center"/>
      </w:pPr>
      <w:r>
        <w:rPr>
          <w:rFonts w:ascii="Microsoft YaHei" w:hAnsi="Microsoft YaHei" w:eastAsia="Microsoft YaHei"/>
          <w:b/>
          <w:color w:val="1F4D78"/>
          <w:sz w:val="44"/>
        </w:rPr>
        <w:t>小票打印机设置操作手册</w:t>
      </w:r>
    </w:p>
    <w:p>
      <w:pPr>
        <w:jc w:val="center"/>
      </w:pPr>
      <w:r>
        <w:rPr>
          <w:rFonts w:ascii="Microsoft YaHei" w:hAnsi="Microsoft YaHei" w:eastAsia="Microsoft YaHei"/>
          <w:color w:val="555555"/>
          <w:sz w:val="20"/>
        </w:rPr>
        <w:t>适用功能：系统管理 -&gt; 设备管理 -&gt; Xprinter 打印机</w:t>
      </w:r>
    </w:p>
    <w:p>
      <w:pPr>
        <w:pStyle w:val="Heading1"/>
      </w:pPr>
      <w:r>
        <w:t>这份手册是给谁看的</w:t>
      </w:r>
    </w:p>
    <w:p>
      <w:r>
        <w:rPr>
          <w:rFonts w:ascii="Microsoft YaHei" w:hAnsi="Microsoft YaHei" w:eastAsia="Microsoft YaHei"/>
        </w:rPr>
        <w:t>这份手册给餐厅后台管理员、实施人员使用。</w:t>
      </w:r>
    </w:p>
    <w:p>
      <w:r>
        <w:rPr>
          <w:rFonts w:ascii="Microsoft YaHei" w:hAnsi="Microsoft YaHei" w:eastAsia="Microsoft YaHei"/>
        </w:rPr>
        <w:t>当某个档口需要使用芯烨 XP-C58H 小票打印机时，按这份手册在后台添加打印机，并设置小票是否带二维码、菜品名称字体大小和打印份数。</w:t>
      </w:r>
    </w:p>
    <w:p>
      <w:pPr>
        <w:pStyle w:val="Heading1"/>
      </w:pPr>
      <w:r>
        <w:t>一句话说明</w:t>
      </w:r>
    </w:p>
    <w:p>
      <w:r>
        <w:rPr>
          <w:rFonts w:ascii="Microsoft YaHei" w:hAnsi="Microsoft YaHei" w:eastAsia="Microsoft YaHei"/>
        </w:rPr>
        <w:t>进入 系统管理 -&gt; 设备管理 -&gt; 设备列表，新建一台 Xprinter打印机，填好设备信息、设备 SN、小票模板、打印张数和关联档口，保存后这个档口的订单就会按这台打印机的设置打印小票。</w:t>
      </w:r>
    </w:p>
    <w:p>
      <w:pPr>
        <w:pStyle w:val="Heading1"/>
      </w:pPr>
      <w:r>
        <w:t>操作前准备</w:t>
      </w:r>
    </w:p>
    <w:p>
      <w:r>
        <w:rPr>
          <w:rFonts w:ascii="Microsoft YaHei" w:hAnsi="Microsoft YaHei" w:eastAsia="Microsoft YaHei"/>
        </w:rPr>
        <w:t>开始前先确认 3 件事：</w:t>
      </w:r>
    </w:p>
    <w:p>
      <w:pPr>
        <w:spacing w:after="80"/>
        <w:ind w:left="540" w:hanging="271"/>
        <w:numPr>
          <w:ilvl w:val="0"/>
          <w:numId w:val="10"/>
        </w:numPr>
      </w:pPr>
      <w:r>
        <w:rPr>
          <w:rFonts w:ascii="Microsoft YaHei" w:hAnsi="Microsoft YaHei" w:eastAsia="Microsoft YaHei"/>
        </w:rPr>
        <w:t>你能登录智慧营养健康餐厅管理系统后台。</w:t>
      </w:r>
    </w:p>
    <w:p>
      <w:pPr>
        <w:spacing w:after="80"/>
        <w:ind w:left="540" w:hanging="271"/>
        <w:numPr>
          <w:ilvl w:val="0"/>
          <w:numId w:val="10"/>
        </w:numPr>
      </w:pPr>
      <w:r>
        <w:rPr>
          <w:rFonts w:ascii="Microsoft YaHei" w:hAnsi="Microsoft YaHei" w:eastAsia="Microsoft YaHei"/>
        </w:rPr>
        <w:t>你有 系统管理 -&gt; 设备管理 的操作权限。</w:t>
      </w:r>
    </w:p>
    <w:p>
      <w:pPr>
        <w:spacing w:after="80"/>
        <w:ind w:left="540" w:hanging="271"/>
        <w:numPr>
          <w:ilvl w:val="0"/>
          <w:numId w:val="10"/>
        </w:numPr>
      </w:pPr>
      <w:r>
        <w:rPr>
          <w:rFonts w:ascii="Microsoft YaHei" w:hAnsi="Microsoft YaHei" w:eastAsia="Microsoft YaHei"/>
        </w:rPr>
        <w:t>你手里有打印机的设备 SN，并且知道这台打印机要绑定哪个档口。</w:t>
      </w:r>
    </w:p>
    <w:p>
      <w:r>
        <w:rPr>
          <w:rFonts w:ascii="Microsoft YaHei" w:hAnsi="Microsoft YaHei" w:eastAsia="Microsoft YaHei"/>
        </w:rPr>
        <w:t>如果不知道设备 SN，先找现场实施或设备负责人确认。</w:t>
      </w:r>
    </w:p>
    <w:p>
      <w:pPr>
        <w:pStyle w:val="Heading1"/>
      </w:pPr>
      <w:r>
        <w:t>进入设备管理</w:t>
      </w:r>
    </w:p>
    <w:p>
      <w:pPr>
        <w:spacing w:after="80"/>
        <w:ind w:left="540" w:hanging="271"/>
        <w:numPr>
          <w:ilvl w:val="0"/>
          <w:numId w:val="11"/>
        </w:numPr>
      </w:pPr>
      <w:r>
        <w:rPr>
          <w:rFonts w:ascii="Microsoft YaHei" w:hAnsi="Microsoft YaHei" w:eastAsia="Microsoft YaHei"/>
        </w:rPr>
        <w:t>登录后台。</w:t>
      </w:r>
    </w:p>
    <w:p>
      <w:pPr>
        <w:spacing w:after="80"/>
        <w:ind w:left="540" w:hanging="271"/>
        <w:numPr>
          <w:ilvl w:val="0"/>
          <w:numId w:val="11"/>
        </w:numPr>
      </w:pPr>
      <w:r>
        <w:rPr>
          <w:rFonts w:ascii="Microsoft YaHei" w:hAnsi="Microsoft YaHei" w:eastAsia="Microsoft YaHei"/>
        </w:rPr>
        <w:t>点击左侧菜单 系统管理。</w:t>
      </w:r>
    </w:p>
    <w:p>
      <w:pPr>
        <w:spacing w:after="80"/>
        <w:ind w:left="540" w:hanging="271"/>
        <w:numPr>
          <w:ilvl w:val="0"/>
          <w:numId w:val="11"/>
        </w:numPr>
      </w:pPr>
      <w:r>
        <w:rPr>
          <w:rFonts w:ascii="Microsoft YaHei" w:hAnsi="Microsoft YaHei" w:eastAsia="Microsoft YaHei"/>
        </w:rPr>
        <w:t>进入顶部菜单 设备管理。</w:t>
      </w:r>
    </w:p>
    <w:p>
      <w:pPr>
        <w:spacing w:after="80"/>
        <w:ind w:left="540" w:hanging="271"/>
        <w:numPr>
          <w:ilvl w:val="0"/>
          <w:numId w:val="11"/>
        </w:numPr>
      </w:pPr>
      <w:r>
        <w:rPr>
          <w:rFonts w:ascii="Microsoft YaHei" w:hAnsi="Microsoft YaHei" w:eastAsia="Microsoft YaHei"/>
        </w:rPr>
        <w:t>确认当前页签是 设备列表。</w:t>
      </w:r>
    </w:p>
    <w:p>
      <w:r>
        <w:rPr>
          <w:rFonts w:ascii="Microsoft YaHei" w:hAnsi="Microsoft YaHei" w:eastAsia="Microsoft YaHei"/>
        </w:rPr>
        <w:t>页面右上角可以看到设备类型筛选框和 新建 按钮。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943600" cy="2965884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evice-list-xprinter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588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ascii="Microsoft YaHei" w:hAnsi="Microsoft YaHei" w:eastAsia="Microsoft YaHei"/>
          <w:i/>
          <w:color w:val="555555"/>
          <w:sz w:val="18"/>
        </w:rPr>
        <w:t>图 1：设备列表中筛选 Xprinter 打印机</w:t>
      </w:r>
    </w:p>
    <w:p>
      <w:pPr>
        <w:pStyle w:val="Heading1"/>
      </w:pPr>
      <w:r>
        <w:t>新增小票打印机</w:t>
      </w:r>
    </w:p>
    <w:p>
      <w:pPr>
        <w:spacing w:after="80"/>
        <w:ind w:left="540" w:hanging="271"/>
        <w:numPr>
          <w:ilvl w:val="0"/>
          <w:numId w:val="12"/>
        </w:numPr>
      </w:pPr>
      <w:r>
        <w:rPr>
          <w:rFonts w:ascii="Microsoft YaHei" w:hAnsi="Microsoft YaHei" w:eastAsia="Microsoft YaHei"/>
        </w:rPr>
        <w:t>点击右上角 新建。</w:t>
      </w:r>
    </w:p>
    <w:p>
      <w:pPr>
        <w:spacing w:after="80"/>
        <w:ind w:left="540" w:hanging="271"/>
        <w:numPr>
          <w:ilvl w:val="0"/>
          <w:numId w:val="12"/>
        </w:numPr>
      </w:pPr>
      <w:r>
        <w:rPr>
          <w:rFonts w:ascii="Microsoft YaHei" w:hAnsi="Microsoft YaHei" w:eastAsia="Microsoft YaHei"/>
        </w:rPr>
        <w:t>在弹出的 新建设备 窗口中填写设备信息。</w:t>
      </w:r>
    </w:p>
    <w:p>
      <w:pPr>
        <w:spacing w:after="80"/>
        <w:ind w:left="540" w:hanging="271"/>
        <w:numPr>
          <w:ilvl w:val="0"/>
          <w:numId w:val="12"/>
        </w:numPr>
      </w:pPr>
      <w:r>
        <w:rPr>
          <w:rFonts w:ascii="Microsoft YaHei" w:hAnsi="Microsoft YaHei" w:eastAsia="Microsoft YaHei"/>
        </w:rPr>
        <w:t>设备类型选择 Xprinter打印机。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943600" cy="2991586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evice-create-type-dropdown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158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ascii="Microsoft YaHei" w:hAnsi="Microsoft YaHei" w:eastAsia="Microsoft YaHei"/>
          <w:i/>
          <w:color w:val="555555"/>
          <w:sz w:val="18"/>
        </w:rPr>
        <w:t>图 2：新建设备时选择 Xprinter 打印机</w:t>
      </w:r>
    </w:p>
    <w:p>
      <w:r>
        <w:rPr>
          <w:rFonts w:ascii="Microsoft YaHei" w:hAnsi="Microsoft YaHei" w:eastAsia="Microsoft YaHei"/>
        </w:rPr>
        <w:t>选择后，页面会显示小票打印机专用字段：</w:t>
      </w:r>
    </w:p>
    <w:p>
      <w:pPr>
        <w:pStyle w:val="ListBullet"/>
      </w:pPr>
      <w:r>
        <w:rPr>
          <w:rFonts w:ascii="Microsoft YaHei" w:hAnsi="Microsoft YaHei" w:eastAsia="Microsoft YaHei"/>
        </w:rPr>
        <w:t>设备SN</w:t>
      </w:r>
    </w:p>
    <w:p>
      <w:pPr>
        <w:pStyle w:val="ListBullet"/>
      </w:pPr>
      <w:r>
        <w:rPr>
          <w:rFonts w:ascii="Microsoft YaHei" w:hAnsi="Microsoft YaHei" w:eastAsia="Microsoft YaHei"/>
        </w:rPr>
        <w:t>固定型号</w:t>
      </w:r>
    </w:p>
    <w:p>
      <w:pPr>
        <w:pStyle w:val="ListBullet"/>
      </w:pPr>
      <w:r>
        <w:rPr>
          <w:rFonts w:ascii="Microsoft YaHei" w:hAnsi="Microsoft YaHei" w:eastAsia="Microsoft YaHei"/>
        </w:rPr>
        <w:t>小票模板</w:t>
      </w:r>
    </w:p>
    <w:p>
      <w:pPr>
        <w:pStyle w:val="ListBullet"/>
      </w:pPr>
      <w:r>
        <w:rPr>
          <w:rFonts w:ascii="Microsoft YaHei" w:hAnsi="Microsoft YaHei" w:eastAsia="Microsoft YaHei"/>
        </w:rPr>
        <w:t>打印张数</w:t>
      </w:r>
    </w:p>
    <w:p>
      <w:pPr>
        <w:pStyle w:val="ListBullet"/>
      </w:pPr>
      <w:r>
        <w:rPr>
          <w:rFonts w:ascii="Microsoft YaHei" w:hAnsi="Microsoft YaHei" w:eastAsia="Microsoft YaHei"/>
        </w:rPr>
        <w:t>关联档口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943600" cy="2995417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evice-create-xprinter-fields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541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ascii="Microsoft YaHei" w:hAnsi="Microsoft YaHei" w:eastAsia="Microsoft YaHei"/>
          <w:i/>
          <w:color w:val="555555"/>
          <w:sz w:val="18"/>
        </w:rPr>
        <w:t>图 3：Xprinter 打印机专用字段</w:t>
      </w:r>
    </w:p>
    <w:p>
      <w:r>
        <w:rPr>
          <w:rFonts w:ascii="Microsoft YaHei" w:hAnsi="Microsoft YaHei" w:eastAsia="Microsoft YaHei"/>
        </w:rPr>
        <w:t>按下方说明填写字段，确认无误后点击 保存。</w:t>
      </w:r>
    </w:p>
    <w:p>
      <w:pPr>
        <w:pStyle w:val="Heading1"/>
      </w:pPr>
      <w:r>
        <w:t>新建设备时怎么填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  <w:tblCellMar>
          <w:top w:w="80" w:type="dxa"/>
          <w:start w:w="120" w:type="dxa"/>
          <w:bottom w:w="80" w:type="dxa"/>
          <w:end w:w="120" w:type="dxa"/>
        </w:tblCellMar>
      </w:tblPr>
      <w:tblGrid>
        <w:gridCol w:w="3120"/>
        <w:gridCol w:w="3120"/>
        <w:gridCol w:w="3120"/>
      </w:tblGrid>
      <w:tr>
        <w:tc>
          <w:tcPr>
            <w:tcW w:type="dxa" w:w="1656"/>
            <w:shd w:fill="E8EEF5"/>
            <w:vAlign w:val="center"/>
          </w:tcPr>
          <w:p>
            <w:r>
              <w:rPr>
                <w:rFonts w:ascii="Microsoft YaHei" w:hAnsi="Microsoft YaHei" w:eastAsia="Microsoft YaHei"/>
                <w:b/>
              </w:rPr>
              <w:t>字段</w:t>
            </w:r>
          </w:p>
        </w:tc>
        <w:tc>
          <w:tcPr>
            <w:tcW w:type="dxa" w:w="2952"/>
            <w:shd w:fill="E8EEF5"/>
            <w:vAlign w:val="center"/>
          </w:tcPr>
          <w:p>
            <w:r>
              <w:rPr>
                <w:rFonts w:ascii="Microsoft YaHei" w:hAnsi="Microsoft YaHei" w:eastAsia="Microsoft YaHei"/>
                <w:b/>
              </w:rPr>
              <w:t>怎么填</w:t>
            </w:r>
          </w:p>
        </w:tc>
        <w:tc>
          <w:tcPr>
            <w:tcW w:type="dxa" w:w="4752"/>
            <w:shd w:fill="E8EEF5"/>
            <w:vAlign w:val="center"/>
          </w:tcPr>
          <w:p>
            <w:r>
              <w:rPr>
                <w:rFonts w:ascii="Microsoft YaHei" w:hAnsi="Microsoft YaHei" w:eastAsia="Microsoft YaHei"/>
                <w:b/>
              </w:rPr>
              <w:t>说明</w:t>
            </w:r>
          </w:p>
        </w:tc>
      </w:tr>
      <w:tr>
        <w:tc>
          <w:tcPr>
            <w:tcW w:type="dxa" w:w="1656"/>
            <w:vAlign w:val="center"/>
          </w:tcPr>
          <w:p>
            <w:r>
              <w:rPr>
                <w:rFonts w:ascii="Microsoft YaHei" w:hAnsi="Microsoft YaHei" w:eastAsia="Microsoft YaHei"/>
              </w:rPr>
              <w:t>设备名称</w:t>
            </w:r>
          </w:p>
        </w:tc>
        <w:tc>
          <w:tcPr>
            <w:tcW w:type="dxa" w:w="2952"/>
            <w:vAlign w:val="center"/>
          </w:tcPr>
          <w:p>
            <w:r>
              <w:rPr>
                <w:rFonts w:ascii="Microsoft YaHei" w:hAnsi="Microsoft YaHei" w:eastAsia="Microsoft YaHei"/>
              </w:rPr>
              <w:t>写一个容易识别的名称</w:t>
            </w:r>
          </w:p>
        </w:tc>
        <w:tc>
          <w:tcPr>
            <w:tcW w:type="dxa" w:w="4752"/>
            <w:vAlign w:val="center"/>
          </w:tcPr>
          <w:p>
            <w:r>
              <w:rPr>
                <w:rFonts w:ascii="Microsoft YaHei" w:hAnsi="Microsoft YaHei" w:eastAsia="Microsoft YaHei"/>
              </w:rPr>
              <w:t>例如 一楼A档口小票打印机。</w:t>
            </w:r>
          </w:p>
        </w:tc>
      </w:tr>
      <w:tr>
        <w:tc>
          <w:tcPr>
            <w:tcW w:type="dxa" w:w="1656"/>
            <w:vAlign w:val="center"/>
          </w:tcPr>
          <w:p>
            <w:r>
              <w:rPr>
                <w:rFonts w:ascii="Microsoft YaHei" w:hAnsi="Microsoft YaHei" w:eastAsia="Microsoft YaHei"/>
              </w:rPr>
              <w:t>设备编号</w:t>
            </w:r>
          </w:p>
        </w:tc>
        <w:tc>
          <w:tcPr>
            <w:tcW w:type="dxa" w:w="2952"/>
            <w:vAlign w:val="center"/>
          </w:tcPr>
          <w:p>
            <w:r>
              <w:rPr>
                <w:rFonts w:ascii="Microsoft YaHei" w:hAnsi="Microsoft YaHei" w:eastAsia="Microsoft YaHei"/>
              </w:rPr>
              <w:t>写后台用的设备编号</w:t>
            </w:r>
          </w:p>
        </w:tc>
        <w:tc>
          <w:tcPr>
            <w:tcW w:type="dxa" w:w="4752"/>
            <w:vAlign w:val="center"/>
          </w:tcPr>
          <w:p>
            <w:r>
              <w:rPr>
                <w:rFonts w:ascii="Microsoft YaHei" w:hAnsi="Microsoft YaHei" w:eastAsia="Microsoft YaHei"/>
              </w:rPr>
              <w:t>不能和已有设备重复。</w:t>
            </w:r>
          </w:p>
        </w:tc>
      </w:tr>
      <w:tr>
        <w:tc>
          <w:tcPr>
            <w:tcW w:type="dxa" w:w="1656"/>
            <w:vAlign w:val="center"/>
          </w:tcPr>
          <w:p>
            <w:r>
              <w:rPr>
                <w:rFonts w:ascii="Microsoft YaHei" w:hAnsi="Microsoft YaHei" w:eastAsia="Microsoft YaHei"/>
              </w:rPr>
              <w:t>设备类型</w:t>
            </w:r>
          </w:p>
        </w:tc>
        <w:tc>
          <w:tcPr>
            <w:tcW w:type="dxa" w:w="2952"/>
            <w:vAlign w:val="center"/>
          </w:tcPr>
          <w:p>
            <w:r>
              <w:rPr>
                <w:rFonts w:ascii="Microsoft YaHei" w:hAnsi="Microsoft YaHei" w:eastAsia="Microsoft YaHei"/>
              </w:rPr>
              <w:t>选择 Xprinter打印机</w:t>
            </w:r>
          </w:p>
        </w:tc>
        <w:tc>
          <w:tcPr>
            <w:tcW w:type="dxa" w:w="4752"/>
            <w:vAlign w:val="center"/>
          </w:tcPr>
          <w:p>
            <w:r>
              <w:rPr>
                <w:rFonts w:ascii="Microsoft YaHei" w:hAnsi="Microsoft YaHei" w:eastAsia="Microsoft YaHei"/>
              </w:rPr>
              <w:t>选中后才会出现小票模板和打印张数。</w:t>
            </w:r>
          </w:p>
        </w:tc>
      </w:tr>
      <w:tr>
        <w:tc>
          <w:tcPr>
            <w:tcW w:type="dxa" w:w="1656"/>
            <w:vAlign w:val="center"/>
          </w:tcPr>
          <w:p>
            <w:r>
              <w:rPr>
                <w:rFonts w:ascii="Microsoft YaHei" w:hAnsi="Microsoft YaHei" w:eastAsia="Microsoft YaHei"/>
              </w:rPr>
              <w:t>设备SN</w:t>
            </w:r>
          </w:p>
        </w:tc>
        <w:tc>
          <w:tcPr>
            <w:tcW w:type="dxa" w:w="2952"/>
            <w:vAlign w:val="center"/>
          </w:tcPr>
          <w:p>
            <w:r>
              <w:rPr>
                <w:rFonts w:ascii="Microsoft YaHei" w:hAnsi="Microsoft YaHei" w:eastAsia="Microsoft YaHei"/>
              </w:rPr>
              <w:t>填打印机机身或设备资料上的 SN</w:t>
            </w:r>
          </w:p>
        </w:tc>
        <w:tc>
          <w:tcPr>
            <w:tcW w:type="dxa" w:w="4752"/>
            <w:vAlign w:val="center"/>
          </w:tcPr>
          <w:p>
            <w:r>
              <w:rPr>
                <w:rFonts w:ascii="Microsoft YaHei" w:hAnsi="Microsoft YaHei" w:eastAsia="Microsoft YaHei"/>
              </w:rPr>
              <w:t>小票打印机必填。</w:t>
            </w:r>
          </w:p>
        </w:tc>
      </w:tr>
      <w:tr>
        <w:tc>
          <w:tcPr>
            <w:tcW w:type="dxa" w:w="1656"/>
            <w:vAlign w:val="center"/>
          </w:tcPr>
          <w:p>
            <w:r>
              <w:rPr>
                <w:rFonts w:ascii="Microsoft YaHei" w:hAnsi="Microsoft YaHei" w:eastAsia="Microsoft YaHei"/>
              </w:rPr>
              <w:t>固定型号</w:t>
            </w:r>
          </w:p>
        </w:tc>
        <w:tc>
          <w:tcPr>
            <w:tcW w:type="dxa" w:w="2952"/>
            <w:vAlign w:val="center"/>
          </w:tcPr>
          <w:p>
            <w:r>
              <w:rPr>
                <w:rFonts w:ascii="Microsoft YaHei" w:hAnsi="Microsoft YaHei" w:eastAsia="Microsoft YaHei"/>
              </w:rPr>
              <w:t>不用填</w:t>
            </w:r>
          </w:p>
        </w:tc>
        <w:tc>
          <w:tcPr>
            <w:tcW w:type="dxa" w:w="4752"/>
            <w:vAlign w:val="center"/>
          </w:tcPr>
          <w:p>
            <w:r>
              <w:rPr>
                <w:rFonts w:ascii="Microsoft YaHei" w:hAnsi="Microsoft YaHei" w:eastAsia="Microsoft YaHei"/>
              </w:rPr>
              <w:t>系统自动显示 芯烨 XP-C58H。</w:t>
            </w:r>
          </w:p>
        </w:tc>
      </w:tr>
      <w:tr>
        <w:tc>
          <w:tcPr>
            <w:tcW w:type="dxa" w:w="1656"/>
            <w:vAlign w:val="center"/>
          </w:tcPr>
          <w:p>
            <w:r>
              <w:rPr>
                <w:rFonts w:ascii="Microsoft YaHei" w:hAnsi="Microsoft YaHei" w:eastAsia="Microsoft YaHei"/>
              </w:rPr>
              <w:t>小票模板</w:t>
            </w:r>
          </w:p>
        </w:tc>
        <w:tc>
          <w:tcPr>
            <w:tcW w:type="dxa" w:w="2952"/>
            <w:vAlign w:val="center"/>
          </w:tcPr>
          <w:p>
            <w:r>
              <w:rPr>
                <w:rFonts w:ascii="Microsoft YaHei" w:hAnsi="Microsoft YaHei" w:eastAsia="Microsoft YaHei"/>
              </w:rPr>
              <w:t>按现场需要选择</w:t>
            </w:r>
          </w:p>
        </w:tc>
        <w:tc>
          <w:tcPr>
            <w:tcW w:type="dxa" w:w="4752"/>
            <w:vAlign w:val="center"/>
          </w:tcPr>
          <w:p>
            <w:r>
              <w:rPr>
                <w:rFonts w:ascii="Microsoft YaHei" w:hAnsi="Microsoft YaHei" w:eastAsia="Microsoft YaHei"/>
              </w:rPr>
              <w:t>控制二维码和菜品名称字体大小。</w:t>
            </w:r>
          </w:p>
        </w:tc>
      </w:tr>
      <w:tr>
        <w:tc>
          <w:tcPr>
            <w:tcW w:type="dxa" w:w="1656"/>
            <w:vAlign w:val="center"/>
          </w:tcPr>
          <w:p>
            <w:r>
              <w:rPr>
                <w:rFonts w:ascii="Microsoft YaHei" w:hAnsi="Microsoft YaHei" w:eastAsia="Microsoft YaHei"/>
              </w:rPr>
              <w:t>打印张数</w:t>
            </w:r>
          </w:p>
        </w:tc>
        <w:tc>
          <w:tcPr>
            <w:tcW w:type="dxa" w:w="2952"/>
            <w:vAlign w:val="center"/>
          </w:tcPr>
          <w:p>
            <w:r>
              <w:rPr>
                <w:rFonts w:ascii="Microsoft YaHei" w:hAnsi="Microsoft YaHei" w:eastAsia="Microsoft YaHei"/>
              </w:rPr>
              <w:t>填每次打印几张</w:t>
            </w:r>
          </w:p>
        </w:tc>
        <w:tc>
          <w:tcPr>
            <w:tcW w:type="dxa" w:w="4752"/>
            <w:vAlign w:val="center"/>
          </w:tcPr>
          <w:p>
            <w:r>
              <w:rPr>
                <w:rFonts w:ascii="Microsoft YaHei" w:hAnsi="Microsoft YaHei" w:eastAsia="Microsoft YaHei"/>
              </w:rPr>
              <w:t>当前默认 2 张，最少 1 张。</w:t>
            </w:r>
          </w:p>
        </w:tc>
      </w:tr>
      <w:tr>
        <w:tc>
          <w:tcPr>
            <w:tcW w:type="dxa" w:w="1656"/>
            <w:vAlign w:val="center"/>
          </w:tcPr>
          <w:p>
            <w:r>
              <w:rPr>
                <w:rFonts w:ascii="Microsoft YaHei" w:hAnsi="Microsoft YaHei" w:eastAsia="Microsoft YaHei"/>
              </w:rPr>
              <w:t>设备地址</w:t>
            </w:r>
          </w:p>
        </w:tc>
        <w:tc>
          <w:tcPr>
            <w:tcW w:type="dxa" w:w="2952"/>
            <w:vAlign w:val="center"/>
          </w:tcPr>
          <w:p>
            <w:r>
              <w:rPr>
                <w:rFonts w:ascii="Microsoft YaHei" w:hAnsi="Microsoft YaHei" w:eastAsia="Microsoft YaHei"/>
              </w:rPr>
              <w:t>可填可不填</w:t>
            </w:r>
          </w:p>
        </w:tc>
        <w:tc>
          <w:tcPr>
            <w:tcW w:type="dxa" w:w="4752"/>
            <w:vAlign w:val="center"/>
          </w:tcPr>
          <w:p>
            <w:r>
              <w:rPr>
                <w:rFonts w:ascii="Microsoft YaHei" w:hAnsi="Microsoft YaHei" w:eastAsia="Microsoft YaHei"/>
              </w:rPr>
              <w:t>可以写安装位置，例如 一楼A档口收银台旁。</w:t>
            </w:r>
          </w:p>
        </w:tc>
      </w:tr>
      <w:tr>
        <w:tc>
          <w:tcPr>
            <w:tcW w:type="dxa" w:w="1656"/>
            <w:vAlign w:val="center"/>
          </w:tcPr>
          <w:p>
            <w:r>
              <w:rPr>
                <w:rFonts w:ascii="Microsoft YaHei" w:hAnsi="Microsoft YaHei" w:eastAsia="Microsoft YaHei"/>
              </w:rPr>
              <w:t>关联档口</w:t>
            </w:r>
          </w:p>
        </w:tc>
        <w:tc>
          <w:tcPr>
            <w:tcW w:type="dxa" w:w="2952"/>
            <w:vAlign w:val="center"/>
          </w:tcPr>
          <w:p>
            <w:r>
              <w:rPr>
                <w:rFonts w:ascii="Microsoft YaHei" w:hAnsi="Microsoft YaHei" w:eastAsia="Microsoft YaHei"/>
              </w:rPr>
              <w:t>选择这台打印机对应的档口</w:t>
            </w:r>
          </w:p>
        </w:tc>
        <w:tc>
          <w:tcPr>
            <w:tcW w:type="dxa" w:w="4752"/>
            <w:vAlign w:val="center"/>
          </w:tcPr>
          <w:p>
            <w:r>
              <w:rPr>
                <w:rFonts w:ascii="Microsoft YaHei" w:hAnsi="Microsoft YaHei" w:eastAsia="Microsoft YaHei"/>
              </w:rPr>
              <w:t>后续订单会按档口找到这台打印机。</w:t>
            </w:r>
          </w:p>
        </w:tc>
      </w:tr>
    </w:tbl>
    <w:p>
      <w:pPr>
        <w:pStyle w:val="Heading1"/>
      </w:pPr>
      <w:r>
        <w:t>小票模板怎么选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  <w:tblCellMar>
          <w:top w:w="80" w:type="dxa"/>
          <w:start w:w="120" w:type="dxa"/>
          <w:bottom w:w="80" w:type="dxa"/>
          <w:end w:w="120" w:type="dxa"/>
        </w:tblCellMar>
      </w:tblPr>
      <w:tblGrid>
        <w:gridCol w:w="4680"/>
        <w:gridCol w:w="4680"/>
      </w:tblGrid>
      <w:tr>
        <w:tc>
          <w:tcPr>
            <w:tcW w:type="dxa" w:w="4896"/>
            <w:shd w:fill="E8EEF5"/>
            <w:vAlign w:val="center"/>
          </w:tcPr>
          <w:p>
            <w:r>
              <w:rPr>
                <w:rFonts w:ascii="Microsoft YaHei" w:hAnsi="Microsoft YaHei" w:eastAsia="Microsoft YaHei"/>
                <w:b/>
              </w:rPr>
              <w:t>你想要的小票效果</w:t>
            </w:r>
          </w:p>
        </w:tc>
        <w:tc>
          <w:tcPr>
            <w:tcW w:type="dxa" w:w="4464"/>
            <w:shd w:fill="E8EEF5"/>
            <w:vAlign w:val="center"/>
          </w:tcPr>
          <w:p>
            <w:r>
              <w:rPr>
                <w:rFonts w:ascii="Microsoft YaHei" w:hAnsi="Microsoft YaHei" w:eastAsia="Microsoft YaHei"/>
                <w:b/>
              </w:rPr>
              <w:t>选择这个模板</w:t>
            </w:r>
          </w:p>
        </w:tc>
      </w:tr>
      <w:tr>
        <w:tc>
          <w:tcPr>
            <w:tcW w:type="dxa" w:w="4896"/>
            <w:vAlign w:val="center"/>
          </w:tcPr>
          <w:p>
            <w:r>
              <w:rPr>
                <w:rFonts w:ascii="Microsoft YaHei" w:hAnsi="Microsoft YaHei" w:eastAsia="Microsoft YaHei"/>
              </w:rPr>
              <w:t>小票上要二维码，菜品名称大一点</w:t>
            </w:r>
          </w:p>
        </w:tc>
        <w:tc>
          <w:tcPr>
            <w:tcW w:type="dxa" w:w="4464"/>
            <w:vAlign w:val="center"/>
          </w:tcPr>
          <w:p>
            <w:r>
              <w:rPr>
                <w:rFonts w:ascii="Microsoft YaHei" w:hAnsi="Microsoft YaHei" w:eastAsia="Microsoft YaHei"/>
              </w:rPr>
              <w:t>带二维码-字体大号</w:t>
            </w:r>
          </w:p>
        </w:tc>
      </w:tr>
      <w:tr>
        <w:tc>
          <w:tcPr>
            <w:tcW w:type="dxa" w:w="4896"/>
            <w:vAlign w:val="center"/>
          </w:tcPr>
          <w:p>
            <w:r>
              <w:rPr>
                <w:rFonts w:ascii="Microsoft YaHei" w:hAnsi="Microsoft YaHei" w:eastAsia="Microsoft YaHei"/>
              </w:rPr>
              <w:t>小票上要二维码，菜品名称正常小一点</w:t>
            </w:r>
          </w:p>
        </w:tc>
        <w:tc>
          <w:tcPr>
            <w:tcW w:type="dxa" w:w="4464"/>
            <w:vAlign w:val="center"/>
          </w:tcPr>
          <w:p>
            <w:r>
              <w:rPr>
                <w:rFonts w:ascii="Microsoft YaHei" w:hAnsi="Microsoft YaHei" w:eastAsia="Microsoft YaHei"/>
              </w:rPr>
              <w:t>带二维码-字体小号</w:t>
            </w:r>
          </w:p>
        </w:tc>
      </w:tr>
      <w:tr>
        <w:tc>
          <w:tcPr>
            <w:tcW w:type="dxa" w:w="4896"/>
            <w:vAlign w:val="center"/>
          </w:tcPr>
          <w:p>
            <w:r>
              <w:rPr>
                <w:rFonts w:ascii="Microsoft YaHei" w:hAnsi="Microsoft YaHei" w:eastAsia="Microsoft YaHei"/>
              </w:rPr>
              <w:t>小票上不要二维码，菜品名称大一点</w:t>
            </w:r>
          </w:p>
        </w:tc>
        <w:tc>
          <w:tcPr>
            <w:tcW w:type="dxa" w:w="4464"/>
            <w:vAlign w:val="center"/>
          </w:tcPr>
          <w:p>
            <w:r>
              <w:rPr>
                <w:rFonts w:ascii="Microsoft YaHei" w:hAnsi="Microsoft YaHei" w:eastAsia="Microsoft YaHei"/>
              </w:rPr>
              <w:t>不带二维码-字体大号</w:t>
            </w:r>
          </w:p>
        </w:tc>
      </w:tr>
      <w:tr>
        <w:tc>
          <w:tcPr>
            <w:tcW w:type="dxa" w:w="4896"/>
            <w:vAlign w:val="center"/>
          </w:tcPr>
          <w:p>
            <w:r>
              <w:rPr>
                <w:rFonts w:ascii="Microsoft YaHei" w:hAnsi="Microsoft YaHei" w:eastAsia="Microsoft YaHei"/>
              </w:rPr>
              <w:t>小票上不要二维码，菜品名称正常小一点</w:t>
            </w:r>
          </w:p>
        </w:tc>
        <w:tc>
          <w:tcPr>
            <w:tcW w:type="dxa" w:w="4464"/>
            <w:vAlign w:val="center"/>
          </w:tcPr>
          <w:p>
            <w:r>
              <w:rPr>
                <w:rFonts w:ascii="Microsoft YaHei" w:hAnsi="Microsoft YaHei" w:eastAsia="Microsoft YaHei"/>
              </w:rPr>
              <w:t>不带二维码-字体小号</w:t>
            </w:r>
          </w:p>
        </w:tc>
      </w:tr>
    </w:tbl>
    <w:p>
      <w:r>
        <w:rPr>
          <w:rFonts w:ascii="Microsoft YaHei" w:hAnsi="Microsoft YaHei" w:eastAsia="Microsoft YaHei"/>
        </w:rPr>
        <w:t>注意：这里的字体大小只影响菜品名称。小票上的餐厅名、取餐号、取餐方式、实付金额等内容不会跟着变小。</w:t>
      </w:r>
    </w:p>
    <w:p>
      <w:pPr>
        <w:pStyle w:val="Heading1"/>
      </w:pPr>
      <w:r>
        <w:t>保存后怎么确认成功</w:t>
      </w:r>
    </w:p>
    <w:p>
      <w:r>
        <w:rPr>
          <w:rFonts w:ascii="Microsoft YaHei" w:hAnsi="Microsoft YaHei" w:eastAsia="Microsoft YaHei"/>
        </w:rPr>
        <w:t>保存成功后，回到设备列表查看这一行：</w:t>
      </w:r>
    </w:p>
    <w:p>
      <w:pPr>
        <w:spacing w:after="80"/>
        <w:ind w:left="540" w:hanging="271"/>
        <w:numPr>
          <w:ilvl w:val="0"/>
          <w:numId w:val="13"/>
        </w:numPr>
      </w:pPr>
      <w:r>
        <w:rPr>
          <w:rFonts w:ascii="Microsoft YaHei" w:hAnsi="Microsoft YaHei" w:eastAsia="Microsoft YaHei"/>
        </w:rPr>
        <w:t>设备类型显示为 Xprinter打印机。</w:t>
      </w:r>
    </w:p>
    <w:p>
      <w:pPr>
        <w:spacing w:after="80"/>
        <w:ind w:left="540" w:hanging="271"/>
        <w:numPr>
          <w:ilvl w:val="0"/>
          <w:numId w:val="13"/>
        </w:numPr>
      </w:pPr>
      <w:r>
        <w:rPr>
          <w:rFonts w:ascii="Microsoft YaHei" w:hAnsi="Microsoft YaHei" w:eastAsia="Microsoft YaHei"/>
        </w:rPr>
        <w:t>小票配置显示类似：芯烨 XP-C58H / 带二维码-字体大号 / 2张。</w:t>
      </w:r>
    </w:p>
    <w:p>
      <w:r>
        <w:rPr>
          <w:rFonts w:ascii="Microsoft YaHei" w:hAnsi="Microsoft YaHei" w:eastAsia="Microsoft YaHei"/>
        </w:rPr>
        <w:t>看到这类内容，就说明这台打印机的小票模板和打印张数已经保存到系统里。</w:t>
      </w:r>
    </w:p>
    <w:p>
      <w:pPr>
        <w:pStyle w:val="Heading1"/>
      </w:pPr>
      <w:r>
        <w:t>修改小票模板或打印张数</w:t>
      </w:r>
    </w:p>
    <w:p>
      <w:pPr>
        <w:spacing w:after="80"/>
        <w:ind w:left="540" w:hanging="271"/>
        <w:numPr>
          <w:ilvl w:val="0"/>
          <w:numId w:val="14"/>
        </w:numPr>
      </w:pPr>
      <w:r>
        <w:rPr>
          <w:rFonts w:ascii="Microsoft YaHei" w:hAnsi="Microsoft YaHei" w:eastAsia="Microsoft YaHei"/>
        </w:rPr>
        <w:t>在设备列表找到这台 Xprinter打印机。</w:t>
      </w:r>
    </w:p>
    <w:p>
      <w:pPr>
        <w:spacing w:after="80"/>
        <w:ind w:left="540" w:hanging="271"/>
        <w:numPr>
          <w:ilvl w:val="0"/>
          <w:numId w:val="14"/>
        </w:numPr>
      </w:pPr>
      <w:r>
        <w:rPr>
          <w:rFonts w:ascii="Microsoft YaHei" w:hAnsi="Microsoft YaHei" w:eastAsia="Microsoft YaHei"/>
        </w:rPr>
        <w:t>点击右侧 编辑。</w:t>
      </w:r>
    </w:p>
    <w:p>
      <w:pPr>
        <w:spacing w:after="80"/>
        <w:ind w:left="540" w:hanging="271"/>
        <w:numPr>
          <w:ilvl w:val="0"/>
          <w:numId w:val="14"/>
        </w:numPr>
      </w:pPr>
      <w:r>
        <w:rPr>
          <w:rFonts w:ascii="Microsoft YaHei" w:hAnsi="Microsoft YaHei" w:eastAsia="Microsoft YaHei"/>
        </w:rPr>
        <w:t>修改 小票模板 或 打印张数。</w:t>
      </w:r>
    </w:p>
    <w:p>
      <w:pPr>
        <w:spacing w:after="80"/>
        <w:ind w:left="540" w:hanging="271"/>
        <w:numPr>
          <w:ilvl w:val="0"/>
          <w:numId w:val="14"/>
        </w:numPr>
      </w:pPr>
      <w:r>
        <w:rPr>
          <w:rFonts w:ascii="Microsoft YaHei" w:hAnsi="Microsoft YaHei" w:eastAsia="Microsoft YaHei"/>
        </w:rPr>
        <w:t>点击 保存。</w:t>
      </w:r>
    </w:p>
    <w:p>
      <w:pPr>
        <w:spacing w:after="80"/>
        <w:ind w:left="540" w:hanging="271"/>
        <w:numPr>
          <w:ilvl w:val="0"/>
          <w:numId w:val="14"/>
        </w:numPr>
      </w:pPr>
      <w:r>
        <w:rPr>
          <w:rFonts w:ascii="Microsoft YaHei" w:hAnsi="Microsoft YaHei" w:eastAsia="Microsoft YaHei"/>
        </w:rPr>
        <w:t>回到列表，查看 小票配置 是否变成新设置。</w:t>
      </w:r>
    </w:p>
    <w:p>
      <w:r>
        <w:rPr>
          <w:rFonts w:ascii="Microsoft YaHei" w:hAnsi="Microsoft YaHei" w:eastAsia="Microsoft YaHei"/>
        </w:rPr>
        <w:t>编辑已有小票打印机时，设备类型和设备SN不能修改。这是为了防止后台记录和真实打印机绑定错乱。</w:t>
      </w:r>
    </w:p>
    <w:p>
      <w:pPr>
        <w:pStyle w:val="Heading1"/>
      </w:pPr>
      <w:r>
        <w:t>删除小票打印机</w:t>
      </w:r>
    </w:p>
    <w:p>
      <w:pPr>
        <w:spacing w:after="80"/>
        <w:ind w:left="540" w:hanging="271"/>
        <w:numPr>
          <w:ilvl w:val="0"/>
          <w:numId w:val="15"/>
        </w:numPr>
      </w:pPr>
      <w:r>
        <w:rPr>
          <w:rFonts w:ascii="Microsoft YaHei" w:hAnsi="Microsoft YaHei" w:eastAsia="Microsoft YaHei"/>
        </w:rPr>
        <w:t>在设备列表找到这台打印机。</w:t>
      </w:r>
    </w:p>
    <w:p>
      <w:pPr>
        <w:spacing w:after="80"/>
        <w:ind w:left="540" w:hanging="271"/>
        <w:numPr>
          <w:ilvl w:val="0"/>
          <w:numId w:val="15"/>
        </w:numPr>
      </w:pPr>
      <w:r>
        <w:rPr>
          <w:rFonts w:ascii="Microsoft YaHei" w:hAnsi="Microsoft YaHei" w:eastAsia="Microsoft YaHei"/>
        </w:rPr>
        <w:t>点击 删除。</w:t>
      </w:r>
    </w:p>
    <w:p>
      <w:pPr>
        <w:spacing w:after="80"/>
        <w:ind w:left="540" w:hanging="271"/>
        <w:numPr>
          <w:ilvl w:val="0"/>
          <w:numId w:val="15"/>
        </w:numPr>
      </w:pPr>
      <w:r>
        <w:rPr>
          <w:rFonts w:ascii="Microsoft YaHei" w:hAnsi="Microsoft YaHei" w:eastAsia="Microsoft YaHei"/>
        </w:rPr>
        <w:t>系统弹出确认框后，确认删除。</w:t>
      </w:r>
    </w:p>
    <w:p>
      <w:r>
        <w:rPr>
          <w:rFonts w:ascii="Microsoft YaHei" w:hAnsi="Microsoft YaHei" w:eastAsia="Microsoft YaHei"/>
        </w:rPr>
        <w:t>删除前一定要确认现场不再使用这台打印机。删除后，这个档口可能无法继续通过这台设备打印小票。</w:t>
      </w:r>
    </w:p>
    <w:p>
      <w:pPr>
        <w:pStyle w:val="Heading1"/>
      </w:pPr>
      <w:r>
        <w:t>常见提示和处理方法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  <w:tblCellMar>
          <w:top w:w="80" w:type="dxa"/>
          <w:start w:w="120" w:type="dxa"/>
          <w:bottom w:w="80" w:type="dxa"/>
          <w:end w:w="120" w:type="dxa"/>
        </w:tblCellMar>
      </w:tblPr>
      <w:tblGrid>
        <w:gridCol w:w="3120"/>
        <w:gridCol w:w="3120"/>
        <w:gridCol w:w="3120"/>
      </w:tblGrid>
      <w:tr>
        <w:tc>
          <w:tcPr>
            <w:tcW w:type="dxa" w:w="2520"/>
            <w:shd w:fill="E8EEF5"/>
            <w:vAlign w:val="center"/>
          </w:tcPr>
          <w:p>
            <w:r>
              <w:rPr>
                <w:rFonts w:ascii="Microsoft YaHei" w:hAnsi="Microsoft YaHei" w:eastAsia="Microsoft YaHei"/>
                <w:b/>
              </w:rPr>
              <w:t>提示</w:t>
            </w:r>
          </w:p>
        </w:tc>
        <w:tc>
          <w:tcPr>
            <w:tcW w:type="dxa" w:w="3096"/>
            <w:shd w:fill="E8EEF5"/>
            <w:vAlign w:val="center"/>
          </w:tcPr>
          <w:p>
            <w:r>
              <w:rPr>
                <w:rFonts w:ascii="Microsoft YaHei" w:hAnsi="Microsoft YaHei" w:eastAsia="Microsoft YaHei"/>
                <w:b/>
              </w:rPr>
              <w:t>原因</w:t>
            </w:r>
          </w:p>
        </w:tc>
        <w:tc>
          <w:tcPr>
            <w:tcW w:type="dxa" w:w="3744"/>
            <w:shd w:fill="E8EEF5"/>
            <w:vAlign w:val="center"/>
          </w:tcPr>
          <w:p>
            <w:r>
              <w:rPr>
                <w:rFonts w:ascii="Microsoft YaHei" w:hAnsi="Microsoft YaHei" w:eastAsia="Microsoft YaHei"/>
                <w:b/>
              </w:rPr>
              <w:t>处理方法</w:t>
            </w:r>
          </w:p>
        </w:tc>
      </w:tr>
      <w:tr>
        <w:tc>
          <w:tcPr>
            <w:tcW w:type="dxa" w:w="2520"/>
            <w:vAlign w:val="center"/>
          </w:tcPr>
          <w:p>
            <w:r>
              <w:rPr>
                <w:rFonts w:ascii="Microsoft YaHei" w:hAnsi="Microsoft YaHei" w:eastAsia="Microsoft YaHei"/>
              </w:rPr>
              <w:t>打印机设备，SN必填</w:t>
            </w:r>
          </w:p>
        </w:tc>
        <w:tc>
          <w:tcPr>
            <w:tcW w:type="dxa" w:w="3096"/>
            <w:vAlign w:val="center"/>
          </w:tcPr>
          <w:p>
            <w:r>
              <w:rPr>
                <w:rFonts w:ascii="Microsoft YaHei" w:hAnsi="Microsoft YaHei" w:eastAsia="Microsoft YaHei"/>
              </w:rPr>
              <w:t>选择了 Xprinter打印机，但没有填写设备 SN。</w:t>
            </w:r>
          </w:p>
        </w:tc>
        <w:tc>
          <w:tcPr>
            <w:tcW w:type="dxa" w:w="3744"/>
            <w:vAlign w:val="center"/>
          </w:tcPr>
          <w:p>
            <w:r>
              <w:rPr>
                <w:rFonts w:ascii="Microsoft YaHei" w:hAnsi="Microsoft YaHei" w:eastAsia="Microsoft YaHei"/>
              </w:rPr>
              <w:t>补充打印机 SN 后再保存。</w:t>
            </w:r>
          </w:p>
        </w:tc>
      </w:tr>
      <w:tr>
        <w:tc>
          <w:tcPr>
            <w:tcW w:type="dxa" w:w="2520"/>
            <w:vAlign w:val="center"/>
          </w:tcPr>
          <w:p>
            <w:r>
              <w:rPr>
                <w:rFonts w:ascii="Microsoft YaHei" w:hAnsi="Microsoft YaHei" w:eastAsia="Microsoft YaHei"/>
              </w:rPr>
              <w:t>该档口已绑定小票打印机</w:t>
            </w:r>
          </w:p>
        </w:tc>
        <w:tc>
          <w:tcPr>
            <w:tcW w:type="dxa" w:w="3096"/>
            <w:vAlign w:val="center"/>
          </w:tcPr>
          <w:p>
            <w:r>
              <w:rPr>
                <w:rFonts w:ascii="Microsoft YaHei" w:hAnsi="Microsoft YaHei" w:eastAsia="Microsoft YaHei"/>
              </w:rPr>
              <w:t>同一个档口已经有一台小票打印机。</w:t>
            </w:r>
          </w:p>
        </w:tc>
        <w:tc>
          <w:tcPr>
            <w:tcW w:type="dxa" w:w="3744"/>
            <w:vAlign w:val="center"/>
          </w:tcPr>
          <w:p>
            <w:r>
              <w:rPr>
                <w:rFonts w:ascii="Microsoft YaHei" w:hAnsi="Microsoft YaHei" w:eastAsia="Microsoft YaHei"/>
              </w:rPr>
              <w:t>先确认是不是要修改原来的打印机；如果要换设备，先删除或调整原配置。</w:t>
            </w:r>
          </w:p>
        </w:tc>
      </w:tr>
      <w:tr>
        <w:tc>
          <w:tcPr>
            <w:tcW w:type="dxa" w:w="2520"/>
            <w:vAlign w:val="center"/>
          </w:tcPr>
          <w:p>
            <w:r>
              <w:rPr>
                <w:rFonts w:ascii="Microsoft YaHei" w:hAnsi="Microsoft YaHei" w:eastAsia="Microsoft YaHei"/>
              </w:rPr>
              <w:t>设备编号已存在</w:t>
            </w:r>
          </w:p>
        </w:tc>
        <w:tc>
          <w:tcPr>
            <w:tcW w:type="dxa" w:w="3096"/>
            <w:vAlign w:val="center"/>
          </w:tcPr>
          <w:p>
            <w:r>
              <w:rPr>
                <w:rFonts w:ascii="Microsoft YaHei" w:hAnsi="Microsoft YaHei" w:eastAsia="Microsoft YaHei"/>
              </w:rPr>
              <w:t>设备编号已经被其他设备使用。</w:t>
            </w:r>
          </w:p>
        </w:tc>
        <w:tc>
          <w:tcPr>
            <w:tcW w:type="dxa" w:w="3744"/>
            <w:vAlign w:val="center"/>
          </w:tcPr>
          <w:p>
            <w:r>
              <w:rPr>
                <w:rFonts w:ascii="Microsoft YaHei" w:hAnsi="Microsoft YaHei" w:eastAsia="Microsoft YaHei"/>
              </w:rPr>
              <w:t>换一个未使用过的设备编号。</w:t>
            </w:r>
          </w:p>
        </w:tc>
      </w:tr>
      <w:tr>
        <w:tc>
          <w:tcPr>
            <w:tcW w:type="dxa" w:w="2520"/>
            <w:vAlign w:val="center"/>
          </w:tcPr>
          <w:p>
            <w:r>
              <w:rPr>
                <w:rFonts w:ascii="Microsoft YaHei" w:hAnsi="Microsoft YaHei" w:eastAsia="Microsoft YaHei"/>
              </w:rPr>
              <w:t>设备名称已存在</w:t>
            </w:r>
          </w:p>
        </w:tc>
        <w:tc>
          <w:tcPr>
            <w:tcW w:type="dxa" w:w="3096"/>
            <w:vAlign w:val="center"/>
          </w:tcPr>
          <w:p>
            <w:r>
              <w:rPr>
                <w:rFonts w:ascii="Microsoft YaHei" w:hAnsi="Microsoft YaHei" w:eastAsia="Microsoft YaHei"/>
              </w:rPr>
              <w:t>设备名称已经被其他设备使用。</w:t>
            </w:r>
          </w:p>
        </w:tc>
        <w:tc>
          <w:tcPr>
            <w:tcW w:type="dxa" w:w="3744"/>
            <w:vAlign w:val="center"/>
          </w:tcPr>
          <w:p>
            <w:r>
              <w:rPr>
                <w:rFonts w:ascii="Microsoft YaHei" w:hAnsi="Microsoft YaHei" w:eastAsia="Microsoft YaHei"/>
              </w:rPr>
              <w:t>换一个更明确的名称，例如加上档口或楼层。</w:t>
            </w:r>
          </w:p>
        </w:tc>
      </w:tr>
    </w:tbl>
    <w:p>
      <w:pPr>
        <w:pStyle w:val="Heading2"/>
      </w:pPr>
      <w:r>
        <w:t>保存后小票没有打印</w:t>
      </w:r>
    </w:p>
    <w:p>
      <w:r>
        <w:rPr>
          <w:rFonts w:ascii="Microsoft YaHei" w:hAnsi="Microsoft YaHei" w:eastAsia="Microsoft YaHei"/>
        </w:rPr>
        <w:t>先检查：</w:t>
      </w:r>
    </w:p>
    <w:p>
      <w:pPr>
        <w:spacing w:after="80"/>
        <w:ind w:left="540" w:hanging="271"/>
        <w:numPr>
          <w:ilvl w:val="0"/>
          <w:numId w:val="16"/>
        </w:numPr>
      </w:pPr>
      <w:r>
        <w:rPr>
          <w:rFonts w:ascii="Microsoft YaHei" w:hAnsi="Microsoft YaHei" w:eastAsia="Microsoft YaHei"/>
        </w:rPr>
        <w:t>订单对应的档口是否就是这台打印机的 关联档口。</w:t>
      </w:r>
    </w:p>
    <w:p>
      <w:pPr>
        <w:spacing w:after="80"/>
        <w:ind w:left="540" w:hanging="271"/>
        <w:numPr>
          <w:ilvl w:val="0"/>
          <w:numId w:val="16"/>
        </w:numPr>
      </w:pPr>
      <w:r>
        <w:rPr>
          <w:rFonts w:ascii="Microsoft YaHei" w:hAnsi="Microsoft YaHei" w:eastAsia="Microsoft YaHei"/>
        </w:rPr>
        <w:t>设备 SN 是否填写正确。</w:t>
      </w:r>
    </w:p>
    <w:p>
      <w:pPr>
        <w:spacing w:after="80"/>
        <w:ind w:left="540" w:hanging="271"/>
        <w:numPr>
          <w:ilvl w:val="0"/>
          <w:numId w:val="16"/>
        </w:numPr>
      </w:pPr>
      <w:r>
        <w:rPr>
          <w:rFonts w:ascii="Microsoft YaHei" w:hAnsi="Microsoft YaHei" w:eastAsia="Microsoft YaHei"/>
        </w:rPr>
        <w:t>设备列表中这台打印机是否还存在。</w:t>
      </w:r>
    </w:p>
    <w:p>
      <w:pPr>
        <w:spacing w:after="80"/>
        <w:ind w:left="540" w:hanging="271"/>
        <w:numPr>
          <w:ilvl w:val="0"/>
          <w:numId w:val="16"/>
        </w:numPr>
      </w:pPr>
      <w:r>
        <w:rPr>
          <w:rFonts w:ascii="Microsoft YaHei" w:hAnsi="Microsoft YaHei" w:eastAsia="Microsoft YaHei"/>
        </w:rPr>
        <w:t>打印机和网络是否正常。</w:t>
      </w:r>
    </w:p>
    <w:p>
      <w:r>
        <w:rPr>
          <w:rFonts w:ascii="Microsoft YaHei" w:hAnsi="Microsoft YaHei" w:eastAsia="Microsoft YaHei"/>
        </w:rPr>
        <w:t>如果以上都没问题，再联系技术人员查看后台打印日志。</w:t>
      </w:r>
    </w:p>
    <w:p>
      <w:pPr>
        <w:pStyle w:val="Heading1"/>
      </w:pPr>
      <w:r>
        <w:t>推荐验收步骤</w:t>
      </w:r>
    </w:p>
    <w:p>
      <w:pPr>
        <w:spacing w:after="80"/>
        <w:ind w:left="540" w:hanging="271"/>
        <w:numPr>
          <w:ilvl w:val="0"/>
          <w:numId w:val="17"/>
        </w:numPr>
      </w:pPr>
      <w:r>
        <w:rPr>
          <w:rFonts w:ascii="Microsoft YaHei" w:hAnsi="Microsoft YaHei" w:eastAsia="Microsoft YaHei"/>
        </w:rPr>
        <w:t>新增一台测试 Xprinter 打印机。</w:t>
      </w:r>
    </w:p>
    <w:p>
      <w:pPr>
        <w:spacing w:after="80"/>
        <w:ind w:left="540" w:hanging="271"/>
        <w:numPr>
          <w:ilvl w:val="0"/>
          <w:numId w:val="17"/>
        </w:numPr>
      </w:pPr>
      <w:r>
        <w:rPr>
          <w:rFonts w:ascii="Microsoft YaHei" w:hAnsi="Microsoft YaHei" w:eastAsia="Microsoft YaHei"/>
        </w:rPr>
        <w:t>确认列表 小票配置 显示正确。</w:t>
      </w:r>
    </w:p>
    <w:p>
      <w:pPr>
        <w:spacing w:after="80"/>
        <w:ind w:left="540" w:hanging="271"/>
        <w:numPr>
          <w:ilvl w:val="0"/>
          <w:numId w:val="17"/>
        </w:numPr>
      </w:pPr>
      <w:r>
        <w:rPr>
          <w:rFonts w:ascii="Microsoft YaHei" w:hAnsi="Microsoft YaHei" w:eastAsia="Microsoft YaHei"/>
        </w:rPr>
        <w:t>编辑这台打印机，换一个小票模板并保存。</w:t>
      </w:r>
    </w:p>
    <w:p>
      <w:pPr>
        <w:spacing w:after="80"/>
        <w:ind w:left="540" w:hanging="271"/>
        <w:numPr>
          <w:ilvl w:val="0"/>
          <w:numId w:val="17"/>
        </w:numPr>
      </w:pPr>
      <w:r>
        <w:rPr>
          <w:rFonts w:ascii="Microsoft YaHei" w:hAnsi="Microsoft YaHei" w:eastAsia="Microsoft YaHei"/>
        </w:rPr>
        <w:t>再次查看列表，确认模板已更新。</w:t>
      </w:r>
    </w:p>
    <w:p>
      <w:pPr>
        <w:spacing w:after="80"/>
        <w:ind w:left="540" w:hanging="271"/>
        <w:numPr>
          <w:ilvl w:val="0"/>
          <w:numId w:val="17"/>
        </w:numPr>
      </w:pPr>
      <w:r>
        <w:rPr>
          <w:rFonts w:ascii="Microsoft YaHei" w:hAnsi="Microsoft YaHei" w:eastAsia="Microsoft YaHei"/>
        </w:rPr>
        <w:t>下一个测试订单，确认小票是否按设置打印。</w:t>
      </w:r>
    </w:p>
    <w:p>
      <w:pPr>
        <w:pStyle w:val="Heading1"/>
      </w:pPr>
      <w:r>
        <w:t>当前待确认</w:t>
      </w:r>
    </w:p>
    <w:p>
      <w:r>
        <w:rPr>
          <w:rFonts w:ascii="Microsoft YaHei" w:hAnsi="Microsoft YaHei" w:eastAsia="Microsoft YaHei"/>
        </w:rPr>
        <w:t>当前系统里打印张数默认显示为 2 张，最小 1 张。历史需求记录里曾出现默认 1 张的说法，最终以产品确认和系统实现为准。</w:t>
      </w:r>
    </w:p>
    <w:sectPr w:rsidR="00FC693F" w:rsidRPr="0006063C" w:rsidSect="000346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abstractNum w:abstractNumId="9">
    <w:multiLevelType w:val="singleLevel"/>
    <w:lvl w:ilvl="0">
      <w:start w:val="1"/>
      <w:numFmt w:val="decimal"/>
      <w:lvlText w:val="%1."/>
      <w:lvlJc w:val="left"/>
      <w:pPr>
        <w:ind w:left="540" w:hanging="270"/>
      </w:pPr>
    </w:lvl>
  </w:abstractNum>
  <w:num w:numId="10">
    <w:abstractNumId w:val="9"/>
  </w:num>
  <w:abstractNum w:abstractNumId="10">
    <w:multiLevelType w:val="singleLevel"/>
    <w:lvl w:ilvl="0">
      <w:start w:val="1"/>
      <w:numFmt w:val="decimal"/>
      <w:lvlText w:val="%1."/>
      <w:lvlJc w:val="left"/>
      <w:pPr>
        <w:ind w:left="540" w:hanging="270"/>
      </w:pPr>
    </w:lvl>
  </w:abstractNum>
  <w:num w:numId="11">
    <w:abstractNumId w:val="10"/>
  </w:num>
  <w:abstractNum w:abstractNumId="11">
    <w:multiLevelType w:val="singleLevel"/>
    <w:lvl w:ilvl="0">
      <w:start w:val="1"/>
      <w:numFmt w:val="decimal"/>
      <w:lvlText w:val="%1."/>
      <w:lvlJc w:val="left"/>
      <w:pPr>
        <w:ind w:left="540" w:hanging="270"/>
      </w:pPr>
    </w:lvl>
  </w:abstractNum>
  <w:num w:numId="12">
    <w:abstractNumId w:val="11"/>
  </w:num>
  <w:abstractNum w:abstractNumId="12">
    <w:multiLevelType w:val="singleLevel"/>
    <w:lvl w:ilvl="0">
      <w:start w:val="1"/>
      <w:numFmt w:val="decimal"/>
      <w:lvlText w:val="%1."/>
      <w:lvlJc w:val="left"/>
      <w:pPr>
        <w:ind w:left="540" w:hanging="270"/>
      </w:pPr>
    </w:lvl>
  </w:abstractNum>
  <w:num w:numId="13">
    <w:abstractNumId w:val="12"/>
  </w:num>
  <w:abstractNum w:abstractNumId="13">
    <w:multiLevelType w:val="singleLevel"/>
    <w:lvl w:ilvl="0">
      <w:start w:val="1"/>
      <w:numFmt w:val="decimal"/>
      <w:lvlText w:val="%1."/>
      <w:lvlJc w:val="left"/>
      <w:pPr>
        <w:ind w:left="540" w:hanging="270"/>
      </w:pPr>
    </w:lvl>
  </w:abstractNum>
  <w:num w:numId="14">
    <w:abstractNumId w:val="13"/>
  </w:num>
  <w:abstractNum w:abstractNumId="14">
    <w:multiLevelType w:val="singleLevel"/>
    <w:lvl w:ilvl="0">
      <w:start w:val="1"/>
      <w:numFmt w:val="decimal"/>
      <w:lvlText w:val="%1."/>
      <w:lvlJc w:val="left"/>
      <w:pPr>
        <w:ind w:left="540" w:hanging="270"/>
      </w:pPr>
    </w:lvl>
  </w:abstractNum>
  <w:num w:numId="15">
    <w:abstractNumId w:val="14"/>
  </w:num>
  <w:abstractNum w:abstractNumId="15">
    <w:multiLevelType w:val="singleLevel"/>
    <w:lvl w:ilvl="0">
      <w:start w:val="1"/>
      <w:numFmt w:val="decimal"/>
      <w:lvlText w:val="%1."/>
      <w:lvlJc w:val="left"/>
      <w:pPr>
        <w:ind w:left="540" w:hanging="270"/>
      </w:pPr>
    </w:lvl>
  </w:abstractNum>
  <w:num w:numId="16">
    <w:abstractNumId w:val="15"/>
  </w:num>
  <w:abstractNum w:abstractNumId="16">
    <w:multiLevelType w:val="singleLevel"/>
    <w:lvl w:ilvl="0">
      <w:start w:val="1"/>
      <w:numFmt w:val="decimal"/>
      <w:lvlText w:val="%1."/>
      <w:lvlJc w:val="left"/>
      <w:pPr>
        <w:ind w:left="540" w:hanging="270"/>
      </w:pPr>
    </w:lvl>
  </w:abstract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pPr>
      <w:spacing w:after="120" w:line="300" w:lineRule="auto"/>
    </w:pPr>
    <w:rPr>
      <w:rFonts w:ascii="Microsoft YaHei" w:hAnsi="Microsoft YaHei" w:eastAsia="Microsoft YaHei"/>
      <w:sz w:val="22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360" w:after="200" w:line="300" w:lineRule="auto"/>
      <w:outlineLvl w:val="0"/>
    </w:pPr>
    <w:rPr>
      <w:rFonts w:asciiTheme="majorHAnsi" w:eastAsiaTheme="majorEastAsia" w:hAnsiTheme="majorHAnsi" w:cstheme="majorBidi" w:ascii="Microsoft YaHei" w:hAnsi="Microsoft YaHei" w:eastAsia="Microsoft YaHei"/>
      <w:b/>
      <w:bCs/>
      <w:color w:val="2E74B5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80" w:after="140" w:line="300" w:lineRule="auto"/>
      <w:outlineLvl w:val="1"/>
    </w:pPr>
    <w:rPr>
      <w:rFonts w:asciiTheme="majorHAnsi" w:eastAsiaTheme="majorEastAsia" w:hAnsiTheme="majorHAnsi" w:cstheme="majorBidi" w:ascii="Microsoft YaHei" w:hAnsi="Microsoft YaHei" w:eastAsia="Microsoft YaHei"/>
      <w:b/>
      <w:bCs/>
      <w:color w:val="2E74B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100" w:line="300" w:lineRule="auto"/>
      <w:outlineLvl w:val="2"/>
    </w:pPr>
    <w:rPr>
      <w:rFonts w:asciiTheme="majorHAnsi" w:eastAsiaTheme="majorEastAsia" w:hAnsiTheme="majorHAnsi" w:cstheme="majorBidi" w:ascii="Microsoft YaHei" w:hAnsi="Microsoft YaHei" w:eastAsia="Microsoft YaHei"/>
      <w:b/>
      <w:bCs/>
      <w:color w:val="1F4D78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小票打印机设置操作手册</dc:title>
  <dc:subject>智慧营养健康餐厅管理系统 Xprinter 打印机配置</dc:subject>
  <dc:creator>Codex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