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40"/>
        </w:rPr>
        <w:t>操作使用手册</w:t>
      </w:r>
    </w:p>
    <w:p>
      <w:r>
        <w:rPr>
          <w:rFonts w:ascii="Microsoft YaHei" w:hAnsi="Microsoft YaHei" w:eastAsia="微软雅黑"/>
          <w:b w:val="0"/>
          <w:sz w:val="21"/>
        </w:rPr>
        <w:t>项目：滨州健康科技职业学院智慧营养健康餐厅项目</w:t>
      </w:r>
    </w:p>
    <w:p>
      <w:r>
        <w:rPr>
          <w:rFonts w:ascii="Microsoft YaHei" w:hAnsi="Microsoft YaHei" w:eastAsia="微软雅黑"/>
          <w:b w:val="0"/>
          <w:sz w:val="21"/>
        </w:rPr>
        <w:t>合同编号：XYCT-KBT20260615    合同签订日期：2026年6月15日</w:t>
      </w:r>
    </w:p>
    <w:p>
      <w:r>
        <w:rPr>
          <w:rFonts w:ascii="Microsoft YaHei" w:hAnsi="Microsoft YaHei" w:eastAsia="微软雅黑"/>
          <w:b w:val="0"/>
          <w:sz w:val="21"/>
        </w:rPr>
        <w:t>需方：滨州健康科技职业学院    供方：北京康比特体育科技股份有限公司</w:t>
      </w:r>
    </w:p>
    <w:p>
      <w:r>
        <w:rPr>
          <w:rFonts w:ascii="Microsoft YaHei" w:hAnsi="Microsoft YaHei" w:eastAsia="微软雅黑"/>
          <w:b w:val="0"/>
          <w:sz w:val="21"/>
        </w:rPr>
        <w:t>文档版本：V1.0    编制日期：2026-06-30</w:t>
      </w:r>
    </w:p>
    <w:p>
      <w:r>
        <w:rPr>
          <w:rFonts w:ascii="Microsoft YaHei" w:hAnsi="Microsoft YaHei" w:eastAsia="微软雅黑"/>
          <w:b w:val="0"/>
          <w:color w:val="C00000"/>
          <w:sz w:val="21"/>
        </w:rPr>
        <w:t>签字使用说明：本文档为可签字确认版本。凡涉及现场测试、试运行统计、正式地址、密钥、账号、生产数据的字段，必须按现场实测或双方确认结果填写；未确认项不得自动视为验收通过。</w:t>
      </w:r>
    </w:p>
    <w:p>
      <w:pPr>
        <w:pStyle w:val="Heading1"/>
      </w:pPr>
      <w:r>
        <w:rPr>
          <w:rFonts w:ascii="Microsoft YaHei" w:hAnsi="Microsoft YaHei" w:eastAsia="微软雅黑"/>
        </w:rPr>
        <w:t>一、适用角色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主要操作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系统管理员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账号、组织、餐厅、权限、接口配置、备份和日志查看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餐厅运营人员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菜品、排菜、餐次、营养信息、前厅设备状态、消费异常处理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收银/前厅人员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绑盘、称重取餐、POS消费、异常订单、冲正申请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采购/库管人员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供应商、商品、采购单、验收入库、库存、退货、盘点、报表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食品安全人员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智能收货秤、留样称、晨检仪、食品安全记录和追溯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信息中心/运维人员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服务器、网络、域名、SSL、接口联调、日志和备份恢复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二、前厅营养结算主流程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步骤</w:t>
            </w:r>
          </w:p>
        </w:tc>
        <w:tc>
          <w:tcPr>
            <w:tcW w:type="dxa" w:w="34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操作</w:t>
            </w:r>
          </w:p>
        </w:tc>
        <w:tc>
          <w:tcPr>
            <w:tcW w:type="dxa" w:w="3456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说明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餐厅/餐次/菜品维护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在 PC 后台维护餐厅、餐次、菜品、菜品分类和营养信息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托盘/身份绑定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用户在绑盘机通过人脸/卡/二维码识别身份并绑定托盘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称重取餐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用户在称重台取餐，设备读取托盘和菜品重量，形成消费明细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消费扣款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通过一卡通/二维码/POS 完成支付，系统记录本地订单与一卡通流水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结果查询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用户或运营人员查询就餐记录、营养摄入、消费状态和异常订单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6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异常处理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对失败、未知、重复扣款等订单先查询再处理，必要时冲正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三、采购与库存主流程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模块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操作说明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供应商管理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维护供应商资料、资质证照、联系人、供应商绑定和接单配置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商品管理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维护商品、规格、单位、营养信息、价格和是否大屏公示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采购管理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创建申购/采购/询价/比价，审核并下发供应商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验收入库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手机端或智能秤端验收，称重、拍照取证、批次和追溯信息记录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库存管理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出库、入库、调拨、盘点、退货，保留高清取证照片和操作日志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报表对账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库存日报/月报、采购分类分析、供应商对账和成本报表导出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四、常见异常处理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异常</w:t>
            </w:r>
          </w:p>
        </w:tc>
        <w:tc>
          <w:tcPr>
            <w:tcW w:type="dxa" w:w="5184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处理方法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无法登录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确认账号来源、权限、SSO 状态、密码/验证码和网络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设备离线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检查电源、网线、交换机端口、IP、网关、服务地址和设备时间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消费未知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不要重复扣款；通过订单查询接口确认状态，再决定失败、成功补记或人工处理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扣款成功但本地失败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确认一卡通订单号后按规则冲正或补记，保留日志和双方确认记录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数据中台无数据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检查字段清单、推送频率、权限、脱敏规则、目标地址和接口日志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五、培训确认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培训日期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培训对象/角色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培训内容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确认签字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</w:rPr>
        <w:t>签字确认</w:t>
      </w:r>
    </w:p>
    <w:p>
      <w:r>
        <w:rPr>
          <w:rFonts w:ascii="Microsoft YaHei" w:hAnsi="Microsoft YaHei" w:eastAsia="微软雅黑"/>
          <w:b w:val="0"/>
          <w:sz w:val="21"/>
        </w:rPr>
        <w:t>双方确认：本文件所列范围、前置条件、检查/测试方法、结果记录和待整改事项已经过阅读确认。未填写或标注待确认的事项，不构成已验收通过。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角色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签字/盖章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日期项</w:t>
            </w:r>
          </w:p>
        </w:tc>
        <w:tc>
          <w:tcPr>
            <w:tcW w:type="dxa" w:w="2592"/>
            <w:vAlign w:val="center"/>
            <w:shd w:fill="D9EAF7"/>
          </w:tcPr>
          <w:p>
            <w:r/>
            <w:r>
              <w:rPr>
                <w:rFonts w:ascii="Microsoft YaHei" w:hAnsi="Microsoft YaHei" w:eastAsia="微软雅黑"/>
                <w:b/>
                <w:sz w:val="18"/>
              </w:rPr>
              <w:t>日期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需方技术/信息中心确认人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供方项目负责人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供方实施/技术确认人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  <w:t>日期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/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