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Hiragino Sans GB" w:hAnsi="Hiragino Sans GB" w:eastAsia="Hiragino Sans GB"/>
          <w:b/>
          <w:color w:val="000000"/>
          <w:sz w:val="48"/>
        </w:rPr>
        <w:t>Mac Chrome 网页长截图操作指南</w:t>
      </w:r>
    </w:p>
    <w:p>
      <w:pPr>
        <w:jc w:val="center"/>
      </w:pPr>
      <w:r>
        <w:rPr>
          <w:rFonts w:ascii="Hiragino Sans GB" w:hAnsi="Hiragino Sans GB" w:eastAsia="Hiragino Sans GB"/>
          <w:b w:val="0"/>
          <w:color w:val="000000"/>
          <w:sz w:val="22"/>
        </w:rPr>
        <w:t>无需安装扩展，使用 Chrome 自带功能保存完整网页</w:t>
      </w:r>
    </w:p>
    <w:p>
      <w:pPr>
        <w:pStyle w:val="Heading1"/>
      </w:pPr>
      <w:r>
        <w:t>最快操作方法</w:t>
      </w:r>
    </w:p>
    <w:p>
      <w:pPr>
        <w:pStyle w:val="ListNumber"/>
        <w:spacing w:after="140"/>
      </w:pPr>
      <w:r>
        <w:rPr>
          <w:rFonts w:ascii="Hiragino Sans GB" w:hAnsi="Hiragino Sans GB" w:eastAsia="Hiragino Sans GB"/>
          <w:b/>
          <w:color w:val="000000"/>
          <w:sz w:val="22"/>
        </w:rPr>
        <w:t>打开网页：</w:t>
      </w:r>
      <w:r>
        <w:rPr>
          <w:rFonts w:ascii="Hiragino Sans GB" w:hAnsi="Hiragino Sans GB" w:eastAsia="Hiragino Sans GB"/>
          <w:b w:val="0"/>
          <w:color w:val="000000"/>
          <w:sz w:val="22"/>
        </w:rPr>
        <w:t>在 Google Chrome 中打开需要截取的网页。</w:t>
      </w:r>
    </w:p>
    <w:p>
      <w:pPr>
        <w:pStyle w:val="ListNumber"/>
        <w:spacing w:after="140"/>
      </w:pPr>
      <w:r>
        <w:rPr>
          <w:rFonts w:ascii="Hiragino Sans GB" w:hAnsi="Hiragino Sans GB" w:eastAsia="Hiragino Sans GB"/>
          <w:b/>
          <w:color w:val="000000"/>
          <w:sz w:val="22"/>
        </w:rPr>
        <w:t>打开开发者工具：</w:t>
      </w:r>
      <w:r>
        <w:rPr>
          <w:rFonts w:ascii="Hiragino Sans GB" w:hAnsi="Hiragino Sans GB" w:eastAsia="Hiragino Sans GB"/>
          <w:b w:val="0"/>
          <w:color w:val="000000"/>
          <w:sz w:val="22"/>
        </w:rPr>
        <w:t>按 ⌥ Option + ⌘ Command + I。</w:t>
      </w:r>
    </w:p>
    <w:p>
      <w:pPr>
        <w:pStyle w:val="ListNumber"/>
        <w:spacing w:after="140"/>
      </w:pPr>
      <w:r>
        <w:rPr>
          <w:rFonts w:ascii="Hiragino Sans GB" w:hAnsi="Hiragino Sans GB" w:eastAsia="Hiragino Sans GB"/>
          <w:b/>
          <w:color w:val="000000"/>
          <w:sz w:val="22"/>
        </w:rPr>
        <w:t>打开命令菜单：</w:t>
      </w:r>
      <w:r>
        <w:rPr>
          <w:rFonts w:ascii="Hiragino Sans GB" w:hAnsi="Hiragino Sans GB" w:eastAsia="Hiragino Sans GB"/>
          <w:b w:val="0"/>
          <w:color w:val="000000"/>
          <w:sz w:val="22"/>
        </w:rPr>
        <w:t>按 ⇧ Shift + ⌘ Command + P。</w:t>
      </w:r>
    </w:p>
    <w:p>
      <w:pPr>
        <w:pStyle w:val="ListNumber"/>
        <w:spacing w:after="140"/>
      </w:pPr>
      <w:r>
        <w:rPr>
          <w:rFonts w:ascii="Hiragino Sans GB" w:hAnsi="Hiragino Sans GB" w:eastAsia="Hiragino Sans GB"/>
          <w:b/>
          <w:color w:val="000000"/>
          <w:sz w:val="22"/>
        </w:rPr>
        <w:t>搜索截图命令：</w:t>
      </w:r>
      <w:r>
        <w:rPr>
          <w:rFonts w:ascii="Hiragino Sans GB" w:hAnsi="Hiragino Sans GB" w:eastAsia="Hiragino Sans GB"/>
          <w:b w:val="0"/>
          <w:color w:val="000000"/>
          <w:sz w:val="22"/>
        </w:rPr>
        <w:t>输入 screenshot。</w:t>
      </w:r>
    </w:p>
    <w:p>
      <w:pPr>
        <w:pStyle w:val="ListNumber"/>
        <w:spacing w:after="140"/>
      </w:pPr>
      <w:r>
        <w:rPr>
          <w:rFonts w:ascii="Hiragino Sans GB" w:hAnsi="Hiragino Sans GB" w:eastAsia="Hiragino Sans GB"/>
          <w:b/>
          <w:color w:val="000000"/>
          <w:sz w:val="22"/>
        </w:rPr>
        <w:t>截取完整网页：</w:t>
      </w:r>
      <w:r>
        <w:rPr>
          <w:rFonts w:ascii="Hiragino Sans GB" w:hAnsi="Hiragino Sans GB" w:eastAsia="Hiragino Sans GB"/>
          <w:b w:val="0"/>
          <w:color w:val="000000"/>
          <w:sz w:val="22"/>
        </w:rPr>
        <w:t>选择 Capture full size screenshot。</w:t>
      </w:r>
    </w:p>
    <w:p>
      <w:pPr>
        <w:pStyle w:val="ListNumber"/>
        <w:spacing w:after="140"/>
      </w:pPr>
      <w:r>
        <w:rPr>
          <w:rFonts w:ascii="Hiragino Sans GB" w:hAnsi="Hiragino Sans GB" w:eastAsia="Hiragino Sans GB"/>
          <w:b/>
          <w:color w:val="000000"/>
          <w:sz w:val="22"/>
        </w:rPr>
        <w:t>找到图片：</w:t>
      </w:r>
      <w:r>
        <w:rPr>
          <w:rFonts w:ascii="Hiragino Sans GB" w:hAnsi="Hiragino Sans GB" w:eastAsia="Hiragino Sans GB"/>
          <w:b w:val="0"/>
          <w:color w:val="000000"/>
          <w:sz w:val="22"/>
        </w:rPr>
        <w:t>Chrome 会自动保存 PNG 图片，通常位于“下载”文件夹。</w:t>
      </w:r>
    </w:p>
    <w:p>
      <w:pPr>
        <w:pStyle w:val="Heading1"/>
      </w:pPr>
      <w:r>
        <w:t>菜单操作方法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点击 Chrome 右上角的三个点。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选择“更多工具”，然后选择“开发者工具”。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点击开发者工具右上角的三个点，选择 Run command。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输入 screenshot，然后选择 Capture full size screenshot。</w:t>
      </w:r>
    </w:p>
    <w:p>
      <w:pPr>
        <w:pStyle w:val="Heading1"/>
      </w:pPr>
      <w:r>
        <w:t>注意事项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这种方式截取的是完整网页内容，不包含 Chrome 地址栏和标签栏。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如果网页会无限加载，请先向下滚动，让需要的内容全部加载完成，再执行截图。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部分带固定悬浮栏或动态内容的网页，截图结果可能出现重复元素。</w:t>
      </w:r>
    </w:p>
    <w:p>
      <w:pPr>
        <w:pStyle w:val="ListBullet"/>
      </w:pPr>
      <w:r>
        <w:rPr>
          <w:rFonts w:ascii="Hiragino Sans GB" w:hAnsi="Hiragino Sans GB" w:eastAsia="Hiragino Sans GB"/>
          <w:b w:val="0"/>
          <w:color w:val="000000"/>
          <w:sz w:val="22"/>
        </w:rPr>
        <w:t>如果快捷键无效，请确认当前焦点在 Chrome 窗口中，并检查是否有其他软件占用了快捷键。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iragino Sans GB" w:hAnsi="Hiragino Sans GB" w:eastAsia="Hiragino Sans GB"/>
        <w:b w:val="0"/>
        <w:color w:val="000000"/>
        <w:sz w:val="18"/>
      </w:rPr>
      <w:t>Mac Chrome 网页长截图操作指南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Hiragino Sans GB" w:hAnsi="Hiragino Sans GB" w:eastAsia="Hiragino Sans GB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