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33999" cy="9242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33999" cy="924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33999" cy="92424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3999" cy="924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33999" cy="924243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3999" cy="924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33999" cy="924243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3999" cy="924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33999" cy="924243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33999" cy="9242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6533999" cy="924243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3999" cy="924243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营养结算服务系统销售培训测试题及答案 打印版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