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微软雅黑"/>
          <w:b/>
          <w:sz w:val="36"/>
        </w:rPr>
        <w:t>软件测试需求明细列表：智慧营养健康餐厅高详填写版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说明：黄色高亮为需委托单位、测试机构、产品/运维/客户确认的信息。功能表按可演示菜单/业务链路展开。</w:t>
      </w:r>
    </w:p>
    <w:p>
      <w:pPr>
        <w:pStyle w:val="Heading1"/>
      </w:pPr>
      <w:r>
        <w:t>一、项目基本信息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656"/>
        <w:gridCol w:w="4656"/>
        <w:gridCol w:w="4656"/>
      </w:tblGrid>
      <w:tr>
        <w:tc>
          <w:tcPr>
            <w:tcW w:type="dxa" w:w="46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字段</w:t>
            </w:r>
          </w:p>
        </w:tc>
        <w:tc>
          <w:tcPr>
            <w:tcW w:type="dxa" w:w="46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建议填写</w:t>
            </w:r>
          </w:p>
        </w:tc>
        <w:tc>
          <w:tcPr>
            <w:tcW w:type="dxa" w:w="4656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项目名称</w:t>
            </w:r>
          </w:p>
        </w:tc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康比特智慧营养健康餐厅管理系统 V1.0 软件测试</w:t>
            </w:r>
          </w:p>
        </w:tc>
        <w:tc>
          <w:tcPr>
            <w:tcW w:type="dxa" w:w="46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待确认最终名称与委托书/报告一致。</w:t>
            </w:r>
          </w:p>
        </w:tc>
      </w:tr>
      <w:tr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委托单位</w:t>
            </w:r>
          </w:p>
        </w:tc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北京康比特体育科技股份有限公司，或实际委托客户单位</w:t>
            </w:r>
          </w:p>
        </w:tc>
        <w:tc>
          <w:tcPr>
            <w:tcW w:type="dxa" w:w="46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待确认委托主体。</w:t>
            </w:r>
          </w:p>
        </w:tc>
      </w:tr>
      <w:tr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生产单位</w:t>
            </w:r>
          </w:p>
        </w:tc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北京康比特体育科技股份有限公司</w:t>
            </w:r>
          </w:p>
        </w:tc>
        <w:tc>
          <w:tcPr>
            <w:tcW w:type="dxa" w:w="46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待确认是否有联合开发/硬件供应商。</w:t>
            </w:r>
          </w:p>
        </w:tc>
      </w:tr>
      <w:tr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联系人/联系方式</w:t>
            </w:r>
          </w:p>
        </w:tc>
        <w:tc>
          <w:tcPr>
            <w:tcW w:type="dxa" w:w="4656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项目经理、产品负责人或测试负责人</w:t>
            </w:r>
          </w:p>
        </w:tc>
        <w:tc>
          <w:tcPr>
            <w:tcW w:type="dxa" w:w="4656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待确认真实姓名、手机号、邮箱。</w:t>
            </w:r>
          </w:p>
        </w:tc>
      </w:tr>
    </w:tbl>
    <w:p>
      <w:pPr>
        <w:pStyle w:val="Heading1"/>
      </w:pPr>
      <w:r>
        <w:t>二、建议测试内容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2"/>
        <w:gridCol w:w="3492"/>
        <w:gridCol w:w="3492"/>
        <w:gridCol w:w="3492"/>
      </w:tblGrid>
      <w:tr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测试项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建议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理由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产品说明要求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需产品说明、功能说明、用户手册或需求说明作为测试依据。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待确认文档版本。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功能性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必须勾选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系统模块多、角色多、接口多，功能性是核心。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待确认测试范围。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性能效率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订单、设备、报表、AI、接口均有性能场景。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待确认性能指标。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兼容性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PC、移动端、微信/H5、设备端、国产化环境。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待确认环境清单。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用户文档集要求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报告可能要求文档与功能一致。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待确认用户手册/部署手册/接口文档。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易用性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后台表单、移动端、设备配置需要基础易用性。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待确认指标。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可靠性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金额、设备、回调、导出、定时任务需异常恢复。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待确认测试机构覆盖方式。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信息安全性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必须勾选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涉及个人信息、健康、支付/补贴、接口权限。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待确认是否含漏洞扫描/渗透/代码审计。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可移植性/维护性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建议按部署要求勾选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私有化、国产化、运维日志、配置、备份等。</w:t>
            </w:r>
          </w:p>
        </w:tc>
        <w:tc>
          <w:tcPr>
            <w:tcW w:type="dxa" w:w="3492"/>
            <w:shd w:fill="FFF2A8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待确认部署目标。</w:t>
            </w:r>
          </w:p>
        </w:tc>
      </w:tr>
    </w:tbl>
    <w:p>
      <w:pPr>
        <w:pStyle w:val="Heading1"/>
      </w:pPr>
      <w:r>
        <w:t>三、功能需求明细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2"/>
        <w:gridCol w:w="3492"/>
        <w:gridCol w:w="3492"/>
        <w:gridCol w:w="3492"/>
      </w:tblGrid>
      <w:tr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一级功能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二级功能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三级功能/测试点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功能说明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平台基础与系统管理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登录与身份认证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账号密码登录、登录态保持、退出登录、密码策略、登录失败提示、验证码/短信验证码（如启用）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确保不同角色可安全登录，异常登录被阻断并有日志。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平台基础与系统管理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角色权限管理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菜单权限、按钮权限、数据权限、角色分配、管理员分权、权限变更日志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验证跨角色、跨餐厅、跨门店、跨业务数据不能越权访问。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平台基础与系统管理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组织与基础资料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单位、部门、人员、身份类别、餐厅、档口、餐线、餐次等基础资料维护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支撑人员账户、订单归属、消费策略和报表统计。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餐厅经营管理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菜品管理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菜品新增、编辑、上下架、分类、图片、价格、营养素、过敏原/标签（如启用）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功能名称与 PC 菜品管理、移动端展示、设备端同步保持一致。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餐厅经营管理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菜谱/排餐管理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周期菜谱、餐次菜谱、排餐、例外菜、称重台排菜、设备同步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验证菜谱在后台、移动端、电子菜牌/称重设备上的一致性。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餐厅经营管理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餐厅/档口设置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餐厅信息、档口信息、营业时间、餐别、支付方式、配送/自取规则（如启用）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覆盖多餐厅、多档口、多企业场景。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账户与卡务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人员档案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员工/会员/学生等人员档案、部门、手机号、身份类别、状态、导入导出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验证在职/离职、部门变更、历史订单归属等边界。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账户与卡务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卡/码/脸账户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餐卡、二维码、人脸、账户绑定、解绑、挂失、补卡、设备识别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涉及个人信息和人脸数据时需验证授权、权限和脱敏。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账户与卡务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现金账户与补贴账户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充值、退款、补贴发放、补贴使用、余额查询、流水、对账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重点验证金额精度、重复提交、退款回滚、对账一致性。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营销与消费策略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消费策略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优惠、折扣、补贴、计次、限额、消费限制、访客餐/加班餐等规则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验证策略优先级、有效期、适用人群和异常边界。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称重/刷卡/扫码/刷脸消费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设备上传订单、菜品重量/份数、价格、营养、支付、扣款、打印小票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重点验证不重复扣款、订单幂等、设备异常可追溯。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线上订餐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菜谱展示、下单、支付、取消、取餐、评价、售后/退款（如启用）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验证移动端和 PC 订单状态一致。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订单退款与异常处理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退款申请、审核、原路退/账户退、异常订单补偿、冲正/补单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金额类高风险，必须覆盖异常、重复、超时和权限。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消费订单查询与导出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订单筛选、详情、退款状态、支付状态、餐厅/档口/设备/人员筛选、异步导出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验证大数据量导出、权限隔离、导出日志和字段口径。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智能硬件接入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消费机/称重台/膳食智能台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设备注册、参数配置、菜品同步、订单上传、心跳、设备日志、离线补传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验证设备协议、网络异常、重复上传、防重放和恢复。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智能硬件接入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打印机/电子菜牌/取餐柜/售卖柜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打印任务、电子菜牌展示、取餐码/柜门控制、售卖柜出货结果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验证下游失败可观测且不破坏主订单。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与营养健康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菜品营养标签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热量、蛋白质、脂肪、碳水等营养信息维护和展示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验证营养字段口径、展示端一致性和空值处理。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与营养健康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菜品识别/智能排菜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菜品图片识别、识别结果维护、智能排菜建议、人工复核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输出应可复核，不作为无人工审核的绝对结论。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与营养健康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个体/团体膳食监控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个人饮食记录、目标体重、营养日报/周报、团体监控、阶段报告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涉及健康数据，验证授权、脱敏、非医疗声明。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食安与进销存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供应商与采购管理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供应商、商品、采购计划、验收、入库、出库、库存、价格异常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验证单据流转、库存扣减、权限和报表一致性。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食安与进销存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食安台账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晨检、留样、消毒、农残、废弃物、陪餐、整改闭环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验证责任人、发生时间、证据材料、处理状态四字段。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报表与看板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经营报表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营业额、客单价、就餐人次、菜品热度、时段流量、补贴、退款、设备在线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验证指标计算口径、刷新频率、导出权限和数据一致性。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报表与看板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营养/食安/运营综合看板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营养结构、食安预警、设备状态、库存预警、大屏展示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验证不同角色看到的数据范围和指标口径。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外部接口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第三方支付/银行/一卡通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充值、支付结果、订单查询、对账、异常订单、回调、签名验签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验证超时、重复通知、金额不一致、回调幂等。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外部接口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企微/钉钉/客户中台/监管平台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人员同步、组织同步、消息通知、监管数据回流、接口日志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验证字段最小化、调用频控、认证、失败重试和日志。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接口与数据安全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接口鉴权与审计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Access-Token/cookie/签名、接口权限、参数校验、调用日志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覆盖缺失鉴权、无效鉴权、越权访问、非法参数。</w:t>
            </w:r>
          </w:p>
        </w:tc>
      </w:tr>
    </w:tbl>
    <w:p>
      <w:pPr>
        <w:pStyle w:val="Heading1"/>
      </w:pPr>
      <w:r>
        <w:t>四、性能和质量特性补充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92"/>
        <w:gridCol w:w="3492"/>
        <w:gridCol w:w="3492"/>
        <w:gridCol w:w="3492"/>
      </w:tblGrid>
      <w:tr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场景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指标建议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说明</w:t>
            </w:r>
          </w:p>
        </w:tc>
        <w:tc>
          <w:tcPr>
            <w:tcW w:type="dxa" w:w="3492"/>
            <w:shd w:fill="DDEFEA"/>
          </w:tcPr>
          <w:p>
            <w:r>
              <w:rPr>
                <w:rFonts w:ascii="Microsoft YaHei" w:hAnsi="Microsoft YaHei" w:eastAsia="微软雅黑"/>
                <w:b/>
                <w:sz w:val="18"/>
              </w:rPr>
              <w:t>黄色待确认项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登录与首页加载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普通用户/管理员登录、首页仪表盘加载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建议 P95 响应 3 秒内；异常提示清晰；并发用户数按实际部署确认。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并发用户数、服务器配置、数据库数据量。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PC 查询类接口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订单、人员、菜品、库存、报表查询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常规查询 P95 3 秒内；复杂报表 P95 5-10 秒内；超大数据量使用异步导出。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数据量、筛选条件、分页大小。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消费/支付/设备订单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刷卡/扫码/刷脸/称重消费、第三方回调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单笔交易处理建议 P95 2 秒内；重复提交不重复扣款；失败可追踪。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真实设备协议、网络延迟、支付/一卡通接口 SLA。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设备上传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称重台、消费机、膳食智能台、打印机任务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设备心跳、订单上传、离线补传稳定；重复消息幂等。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设备数量、并发上传频率、MQTT/HTTP 模式。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报表导出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消费订单、人员、补贴、库存等导出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大数据量采用异步导出；导出任务可查询状态、失败可重试、有权限和日志。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导出最大行数、文件格式、任务超时时间。</w:t>
            </w:r>
          </w:p>
        </w:tc>
      </w:tr>
      <w:tr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AI/识别类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菜品识别、营养建议、报告生成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AI 结果允许人工复核；识别耗时和准确率需单独约定，不建议无证据承诺。</w:t>
            </w:r>
          </w:p>
        </w:tc>
        <w:tc>
          <w:tcPr>
            <w:tcW w:type="dxa" w:w="3492"/>
            <w:vAlign w:val="top"/>
          </w:tcPr>
          <w:p>
            <w:r>
              <w:rPr>
                <w:rFonts w:ascii="Microsoft YaHei" w:hAnsi="Microsoft YaHei" w:eastAsia="微软雅黑"/>
                <w:sz w:val="17"/>
              </w:rPr>
              <w:t>识别模型、测试集、准确率/召回率口径。</w:t>
            </w:r>
          </w:p>
        </w:tc>
      </w:tr>
    </w:tbl>
    <w:p>
      <w:pPr>
        <w:pStyle w:val="Heading2"/>
      </w:pPr>
      <w:r>
        <w:t>可靠性</w:t>
      </w:r>
    </w:p>
    <w:p>
      <w:r>
        <w:rPr>
          <w:rFonts w:ascii="Microsoft YaHei" w:hAnsi="Microsoft YaHei" w:eastAsia="微软雅黑"/>
          <w:b w:val="0"/>
          <w:sz w:val="21"/>
        </w:rPr>
        <w:t>金额类业务必须防重复扣款、重复退款、重复补贴；第三方回调、设备上传、导出任务、定时任务需要幂等、重试和异常记录；数据库/缓存/文件异常应可定位。</w:t>
      </w:r>
    </w:p>
    <w:p>
      <w:pPr>
        <w:pStyle w:val="Heading2"/>
      </w:pPr>
      <w:r>
        <w:t>易用性</w:t>
      </w:r>
    </w:p>
    <w:p>
      <w:r>
        <w:rPr>
          <w:rFonts w:ascii="Microsoft YaHei" w:hAnsi="Microsoft YaHei" w:eastAsia="微软雅黑"/>
          <w:b w:val="0"/>
          <w:sz w:val="21"/>
        </w:rPr>
        <w:t>后台菜单名称、表单字段、错误提示、导入模板、导出文件、移动端操作流程应与用户文档一致；关键操作应有确认和可恢复路径。</w:t>
      </w:r>
    </w:p>
    <w:p>
      <w:pPr>
        <w:pStyle w:val="Heading2"/>
      </w:pPr>
      <w:r>
        <w:t>兼容性</w:t>
      </w:r>
    </w:p>
    <w:p>
      <w:r>
        <w:rPr>
          <w:rFonts w:ascii="Microsoft YaHei" w:hAnsi="Microsoft YaHei" w:eastAsia="微软雅黑"/>
          <w:b w:val="0"/>
          <w:sz w:val="21"/>
        </w:rPr>
        <w:t>建议覆盖 Chrome/Edge 主流版本，微信内置浏览器/H5，小程序环境；如涉及国产化，应确认麒麟/统信、国产数据库、国产中间件和硬件设备型号。</w:t>
      </w:r>
    </w:p>
    <w:p>
      <w:pPr>
        <w:pStyle w:val="Heading2"/>
      </w:pPr>
      <w:r>
        <w:t>维护性</w:t>
      </w:r>
    </w:p>
    <w:p>
      <w:r>
        <w:rPr>
          <w:rFonts w:ascii="Microsoft YaHei" w:hAnsi="Microsoft YaHei" w:eastAsia="微软雅黑"/>
          <w:b w:val="0"/>
          <w:sz w:val="21"/>
        </w:rPr>
        <w:t>配置项、日志、接口文档、部署手册、数据库备份、任务调度、设备版本和异常排查应有说明；运维账号权限最小化。</w:t>
      </w:r>
    </w:p>
    <w:p>
      <w:pPr>
        <w:pStyle w:val="Heading2"/>
      </w:pPr>
      <w:r>
        <w:t>可移植性</w:t>
      </w:r>
    </w:p>
    <w:p>
      <w:r>
        <w:rPr>
          <w:rFonts w:ascii="Microsoft YaHei" w:hAnsi="Microsoft YaHei" w:eastAsia="微软雅黑"/>
          <w:b w:val="0"/>
          <w:sz w:val="21"/>
        </w:rPr>
        <w:t>如产品要适配客户私有化部署，应验证部署脚本、配置分离、数据库迁移、文件存储、缓存、队列和证书替换流程。</w:t>
      </w:r>
    </w:p>
    <w:p>
      <w:pPr>
        <w:pStyle w:val="Heading2"/>
      </w:pPr>
      <w:r>
        <w:t>信息安全性</w:t>
      </w:r>
    </w:p>
    <w:p>
      <w:r>
        <w:rPr>
          <w:rFonts w:ascii="Microsoft YaHei" w:hAnsi="Microsoft YaHei" w:eastAsia="微软雅黑"/>
          <w:b w:val="0"/>
          <w:sz w:val="21"/>
        </w:rPr>
        <w:t>覆盖身份鉴别、权限隔离、敏感数据脱敏、接口鉴权、参数校验、日志审计、导出控制、个人信息授权和数据删除/匿名化边界。</w:t>
      </w:r>
    </w:p>
    <w:p>
      <w:pPr>
        <w:pStyle w:val="Heading1"/>
      </w:pPr>
      <w:r>
        <w:t>五、远程测试支持</w:t>
      </w:r>
    </w:p>
    <w:p>
      <w:r>
        <w:rPr>
          <w:rFonts w:ascii="Microsoft YaHei" w:hAnsi="Microsoft YaHei" w:eastAsia="微软雅黑"/>
          <w:b w:val="0"/>
          <w:sz w:val="21"/>
        </w:rPr>
        <w:t>系统可以支持远程测试，但需提供独立测试环境或准生产环境、VPN/白名单/堡垒机、测试账号、脱敏数据、设备 Mock 或测试设备、第三方接口沙箱/Mock、测试窗口和数据恢复方案。</w:t>
      </w:r>
    </w:p>
    <w:p>
      <w:r>
        <w:rPr>
          <w:rFonts w:ascii="Microsoft YaHei" w:hAnsi="Microsoft YaHei" w:eastAsia="微软雅黑"/>
          <w:b w:val="0"/>
          <w:sz w:val="21"/>
          <w:highlight w:val="yellow"/>
        </w:rPr>
        <w:t>待确认：本次是否允许远程测试；是否能提供 VPN、白名单、测试账号、脱敏数据、设备或 Mock、第三方沙箱。</w:t>
      </w:r>
    </w:p>
    <w:p>
      <w:pPr>
        <w:pStyle w:val="Heading1"/>
      </w:pPr>
      <w:r>
        <w:t>六、现有测试基线</w:t>
      </w:r>
    </w:p>
    <w:p>
      <w:r>
        <w:rPr>
          <w:rFonts w:ascii="Microsoft YaHei" w:hAnsi="Microsoft YaHei" w:eastAsia="微软雅黑"/>
          <w:b w:val="0"/>
          <w:sz w:val="21"/>
        </w:rPr>
        <w:t>项目内已有 Apifox 基线：551 个 OpenAPI paths、559 个 API operations、141 个 folders/tags、25 个 environments、44 个规划自动化场景、8 类测试套件（冒烟、角色主流程、模块回归、设备与外部集成、定时任务、异常边界、性能压测、发布前回归）。正式测试仍需以送检版本、测试环境、委托书和测试机构模板为准。</w:t>
      </w:r>
    </w:p>
    <w:sectPr w:rsidR="00FC693F" w:rsidRPr="0006063C" w:rsidSect="00034616">
      <w:pgSz w:w="15840" w:h="12240" w:orient="landscape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